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5EB7" w14:textId="6EB719A0" w:rsidR="004711D4" w:rsidRPr="00866E1C" w:rsidRDefault="00000000">
      <w:pPr>
        <w:spacing w:after="60"/>
        <w:rPr>
          <w:lang w:val="sr-Cyrl-RS"/>
        </w:rPr>
      </w:pPr>
      <w:r w:rsidRPr="00866E1C">
        <w:rPr>
          <w:lang w:val="ru-RU"/>
        </w:rPr>
        <w:t xml:space="preserve">ПРАЗАН ОБРАЗАЦ РАСПОРЕДА ЧАСОВА — СТУДИЈСКИ ПРОГРАМ </w:t>
      </w:r>
      <w:r w:rsidR="00866E1C">
        <w:rPr>
          <w:lang w:val="sr-Cyrl-RS"/>
        </w:rPr>
        <w:t>РУСКОГ И СРПСКОГ ЈЕЗИКА И КЊИЖЕВНОСТИ</w:t>
      </w:r>
    </w:p>
    <w:p w14:paraId="41386B45" w14:textId="77777777" w:rsidR="004711D4" w:rsidRPr="00866E1C" w:rsidRDefault="00000000">
      <w:pPr>
        <w:spacing w:after="160"/>
        <w:rPr>
          <w:lang w:val="ru-RU"/>
        </w:rPr>
      </w:pPr>
      <w:r>
        <w:t>I</w:t>
      </w:r>
      <w:r w:rsidRPr="00866E1C">
        <w:rPr>
          <w:lang w:val="ru-RU"/>
        </w:rPr>
        <w:t xml:space="preserve"> семестар академске 2026/2027. године</w:t>
      </w:r>
    </w:p>
    <w:p w14:paraId="2C781946" w14:textId="77777777" w:rsidR="004711D4" w:rsidRPr="00866E1C" w:rsidRDefault="00000000">
      <w:pPr>
        <w:rPr>
          <w:lang w:val="ru-RU"/>
        </w:rPr>
      </w:pPr>
      <w:r w:rsidRPr="00866E1C">
        <w:rPr>
          <w:lang w:val="ru-RU"/>
        </w:rPr>
        <w:br w:type="page"/>
      </w:r>
    </w:p>
    <w:p w14:paraId="79C8FE8D" w14:textId="0C7F29C2" w:rsidR="003E130F" w:rsidRPr="00B10BB8" w:rsidRDefault="003E130F" w:rsidP="00DE26F0">
      <w:pPr>
        <w:spacing w:after="60"/>
        <w:jc w:val="center"/>
        <w:rPr>
          <w:b/>
          <w:bCs/>
          <w:color w:val="1F497D" w:themeColor="text2"/>
          <w:sz w:val="26"/>
          <w:szCs w:val="26"/>
          <w:lang w:val="sr-Cyrl-RS"/>
        </w:rPr>
      </w:pPr>
      <w:r w:rsidRPr="00B10BB8">
        <w:rPr>
          <w:b/>
          <w:bCs/>
          <w:color w:val="1F497D" w:themeColor="text2"/>
          <w:sz w:val="26"/>
          <w:szCs w:val="26"/>
          <w:lang w:val="ru-RU"/>
        </w:rPr>
        <w:lastRenderedPageBreak/>
        <w:t xml:space="preserve">СТУДИЈСКИ ПРОГРАМ РУСКОГ И СРПСКОГ ЈЕЗИКА И КЊИЖЕВНОСТИ — </w:t>
      </w:r>
      <w:r w:rsidRPr="00B10BB8">
        <w:rPr>
          <w:b/>
          <w:bCs/>
          <w:color w:val="1F497D" w:themeColor="text2"/>
          <w:sz w:val="26"/>
          <w:szCs w:val="26"/>
        </w:rPr>
        <w:t>I</w:t>
      </w:r>
      <w:r w:rsidRPr="00B10BB8">
        <w:rPr>
          <w:b/>
          <w:bCs/>
          <w:color w:val="1F497D" w:themeColor="text2"/>
          <w:sz w:val="26"/>
          <w:szCs w:val="26"/>
          <w:lang w:val="ru-RU"/>
        </w:rPr>
        <w:t xml:space="preserve"> </w:t>
      </w:r>
      <w:r w:rsidRPr="00B10BB8">
        <w:rPr>
          <w:b/>
          <w:bCs/>
          <w:color w:val="1F497D" w:themeColor="text2"/>
          <w:sz w:val="26"/>
          <w:szCs w:val="26"/>
          <w:lang w:val="sr-Cyrl-RS"/>
        </w:rPr>
        <w:t>ГОДИНА</w:t>
      </w:r>
    </w:p>
    <w:p w14:paraId="2EDA6C72" w14:textId="77777777" w:rsidR="003E130F" w:rsidRPr="003E130F" w:rsidRDefault="003E130F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  <w:r w:rsidRPr="003E130F">
        <w:rPr>
          <w:b/>
          <w:bCs/>
          <w:sz w:val="19"/>
          <w:szCs w:val="19"/>
          <w:lang w:val="ru-RU"/>
        </w:rPr>
        <w:t xml:space="preserve">Распоред часова – зимски семестар академске 2026/2027. </w:t>
      </w:r>
      <w:r>
        <w:rPr>
          <w:b/>
          <w:bCs/>
          <w:sz w:val="19"/>
          <w:szCs w:val="19"/>
          <w:lang w:val="ru-RU"/>
        </w:rPr>
        <w:t>г</w:t>
      </w:r>
      <w:r w:rsidRPr="003E130F">
        <w:rPr>
          <w:b/>
          <w:bCs/>
          <w:sz w:val="19"/>
          <w:szCs w:val="19"/>
          <w:lang w:val="ru-RU"/>
        </w:rPr>
        <w:t>одине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22"/>
        <w:gridCol w:w="2822"/>
        <w:gridCol w:w="2822"/>
        <w:gridCol w:w="2822"/>
        <w:gridCol w:w="2822"/>
      </w:tblGrid>
      <w:tr w:rsidR="004711D4" w14:paraId="37FCBA0F" w14:textId="77777777" w:rsidTr="00EB0B35">
        <w:trPr>
          <w:tblHeader/>
          <w:jc w:val="center"/>
        </w:trPr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6DF47B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ПОНЕДЈЕЉАК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8CC3B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УТОРАК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CFBA17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СРИЈЕДА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22E935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ЧЕТВРТАК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5982D3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ПЕТАК</w:t>
            </w:r>
          </w:p>
        </w:tc>
      </w:tr>
      <w:tr w:rsidR="00866E1C" w:rsidRPr="00866E1C" w14:paraId="407432D4" w14:textId="77777777" w:rsidTr="00EB0B35">
        <w:trPr>
          <w:trHeight w:val="2665"/>
          <w:jc w:val="center"/>
        </w:trPr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F5C2F1B" w14:textId="77777777" w:rsidR="00866E1C" w:rsidRPr="00866E1C" w:rsidRDefault="00866E1C" w:rsidP="00866E1C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10.00–11.30</w:t>
            </w:r>
          </w:p>
          <w:p w14:paraId="6898FBAB" w14:textId="3387CDAC" w:rsidR="00866E1C" w:rsidRDefault="00866E1C" w:rsidP="00866E1C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Историја српског језика 1</w:t>
            </w:r>
            <w:r w:rsidRPr="00866E1C">
              <w:rPr>
                <w:lang w:val="ru-RU"/>
              </w:rPr>
              <w:br/>
              <w:t xml:space="preserve"> </w:t>
            </w:r>
            <w:r w:rsidR="00B01991">
              <w:rPr>
                <w:lang w:val="ru-RU"/>
              </w:rPr>
              <w:t xml:space="preserve">П </w:t>
            </w:r>
            <w:r w:rsidRPr="00866E1C">
              <w:rPr>
                <w:lang w:val="ru-RU"/>
              </w:rPr>
              <w:t>— проф. др Биљана Бабић</w:t>
            </w:r>
            <w:r w:rsidRPr="00866E1C">
              <w:rPr>
                <w:lang w:val="ru-RU"/>
              </w:rPr>
              <w:br/>
              <w:t>Учионица 10</w:t>
            </w:r>
          </w:p>
          <w:p w14:paraId="04E3F32A" w14:textId="77777777" w:rsidR="00FA3A93" w:rsidRDefault="00FA3A93" w:rsidP="00866E1C">
            <w:pPr>
              <w:spacing w:after="0"/>
              <w:rPr>
                <w:lang w:val="ru-RU"/>
              </w:rPr>
            </w:pPr>
          </w:p>
          <w:p w14:paraId="2D25590B" w14:textId="77777777" w:rsidR="00FA3A93" w:rsidRPr="00866E1C" w:rsidRDefault="00FA3A93" w:rsidP="00FA3A93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13.15– 15.30</w:t>
            </w:r>
          </w:p>
          <w:p w14:paraId="4CE2A01D" w14:textId="0CD5D30A" w:rsidR="00FA3A93" w:rsidRDefault="00FA3A93" w:rsidP="00FA3A93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Савремени руски језик 1</w:t>
            </w:r>
            <w:r w:rsidRPr="00866E1C">
              <w:rPr>
                <w:lang w:val="ru-RU"/>
              </w:rPr>
              <w:br/>
              <w:t>В — Наташа Кецман</w:t>
            </w:r>
            <w:r w:rsidRPr="00866E1C">
              <w:rPr>
                <w:lang w:val="ru-RU"/>
              </w:rPr>
              <w:br/>
              <w:t>Учионица 2</w:t>
            </w:r>
          </w:p>
          <w:p w14:paraId="00F2398A" w14:textId="77777777" w:rsidR="00FA3A93" w:rsidRDefault="00FA3A93" w:rsidP="00FA3A93">
            <w:pPr>
              <w:spacing w:after="0"/>
              <w:rPr>
                <w:lang w:val="ru-RU"/>
              </w:rPr>
            </w:pPr>
          </w:p>
          <w:p w14:paraId="6494A31A" w14:textId="77777777" w:rsidR="00FA3A93" w:rsidRPr="00866E1C" w:rsidRDefault="00FA3A93" w:rsidP="00FA3A93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15.30–16.15</w:t>
            </w:r>
          </w:p>
          <w:p w14:paraId="0380F543" w14:textId="5E8B95A1" w:rsidR="00FA3A93" w:rsidRDefault="00FA3A93" w:rsidP="00FA3A93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Историја српског језика 1</w:t>
            </w:r>
            <w:r w:rsidRPr="00866E1C">
              <w:rPr>
                <w:lang w:val="ru-RU"/>
              </w:rPr>
              <w:br/>
              <w:t xml:space="preserve">В — </w:t>
            </w:r>
            <w:r w:rsidR="00B01991">
              <w:rPr>
                <w:lang w:val="ru-RU"/>
              </w:rPr>
              <w:t xml:space="preserve">др </w:t>
            </w:r>
            <w:r w:rsidRPr="00866E1C">
              <w:rPr>
                <w:lang w:val="ru-RU"/>
              </w:rPr>
              <w:t>В</w:t>
            </w:r>
            <w:r w:rsidR="00B01991">
              <w:rPr>
                <w:lang w:val="ru-RU"/>
              </w:rPr>
              <w:t>ера</w:t>
            </w:r>
            <w:r w:rsidRPr="00866E1C">
              <w:rPr>
                <w:lang w:val="ru-RU"/>
              </w:rPr>
              <w:t xml:space="preserve"> Берак</w:t>
            </w:r>
            <w:r w:rsidRPr="00866E1C">
              <w:rPr>
                <w:lang w:val="ru-RU"/>
              </w:rPr>
              <w:br/>
              <w:t>Учионица 2</w:t>
            </w:r>
          </w:p>
          <w:p w14:paraId="39DF2CB6" w14:textId="77777777" w:rsidR="00FA3A93" w:rsidRDefault="00FA3A93" w:rsidP="00FA3A93">
            <w:pPr>
              <w:spacing w:after="0"/>
              <w:rPr>
                <w:lang w:val="ru-RU"/>
              </w:rPr>
            </w:pPr>
          </w:p>
          <w:p w14:paraId="62FD90A1" w14:textId="77777777" w:rsidR="00FA3A93" w:rsidRPr="00866E1C" w:rsidRDefault="00FA3A93" w:rsidP="00FA3A93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16.15–17.45</w:t>
            </w:r>
          </w:p>
          <w:p w14:paraId="34A24E99" w14:textId="2260D15C" w:rsidR="00FA3A93" w:rsidRPr="00866E1C" w:rsidRDefault="00FA3A93" w:rsidP="00FA3A93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Старословенски језик 1</w:t>
            </w:r>
            <w:r w:rsidRPr="00866E1C">
              <w:rPr>
                <w:lang w:val="ru-RU"/>
              </w:rPr>
              <w:br/>
              <w:t xml:space="preserve">В — </w:t>
            </w:r>
            <w:r w:rsidR="00B01991">
              <w:rPr>
                <w:lang w:val="ru-RU"/>
              </w:rPr>
              <w:t xml:space="preserve">др </w:t>
            </w:r>
            <w:r w:rsidRPr="00866E1C">
              <w:rPr>
                <w:lang w:val="ru-RU"/>
              </w:rPr>
              <w:t>В</w:t>
            </w:r>
            <w:r w:rsidR="00B01991">
              <w:rPr>
                <w:lang w:val="ru-RU"/>
              </w:rPr>
              <w:t>ера</w:t>
            </w:r>
            <w:r w:rsidRPr="00866E1C">
              <w:rPr>
                <w:lang w:val="ru-RU"/>
              </w:rPr>
              <w:t xml:space="preserve"> Берак</w:t>
            </w:r>
            <w:r w:rsidRPr="00866E1C">
              <w:rPr>
                <w:lang w:val="ru-RU"/>
              </w:rPr>
              <w:br/>
              <w:t>Учионица 2</w:t>
            </w:r>
          </w:p>
          <w:p w14:paraId="74006417" w14:textId="77777777" w:rsidR="00FA3A93" w:rsidRDefault="00FA3A93" w:rsidP="00FA3A93">
            <w:pPr>
              <w:spacing w:after="0"/>
              <w:rPr>
                <w:lang w:val="ru-RU"/>
              </w:rPr>
            </w:pPr>
          </w:p>
          <w:p w14:paraId="12B080E6" w14:textId="788C3BA6" w:rsidR="00FA3A93" w:rsidRDefault="00FA3A93" w:rsidP="00FA3A93">
            <w:pPr>
              <w:spacing w:after="0"/>
              <w:rPr>
                <w:lang w:val="ru-RU"/>
              </w:rPr>
            </w:pPr>
          </w:p>
          <w:p w14:paraId="76176A0B" w14:textId="77777777" w:rsidR="00FA3A93" w:rsidRDefault="00FA3A93" w:rsidP="00FA3A93">
            <w:pPr>
              <w:spacing w:after="0"/>
              <w:rPr>
                <w:lang w:val="ru-RU"/>
              </w:rPr>
            </w:pPr>
          </w:p>
          <w:p w14:paraId="1E87F966" w14:textId="77777777" w:rsidR="00FA3A93" w:rsidRPr="00866E1C" w:rsidRDefault="00FA3A93" w:rsidP="00866E1C">
            <w:pPr>
              <w:spacing w:after="0"/>
              <w:rPr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17788AE" w14:textId="77777777" w:rsidR="00866E1C" w:rsidRPr="00866E1C" w:rsidRDefault="00866E1C" w:rsidP="00866E1C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10.00–11.30</w:t>
            </w:r>
          </w:p>
          <w:p w14:paraId="41C3781E" w14:textId="77777777" w:rsidR="00866E1C" w:rsidRPr="00866E1C" w:rsidRDefault="00866E1C" w:rsidP="00866E1C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Савремени руски језик 1</w:t>
            </w:r>
            <w:r w:rsidRPr="00866E1C">
              <w:rPr>
                <w:lang w:val="ru-RU"/>
              </w:rPr>
              <w:br/>
              <w:t>В — мср Наталја Милаковић</w:t>
            </w:r>
            <w:r w:rsidRPr="00866E1C">
              <w:rPr>
                <w:lang w:val="ru-RU"/>
              </w:rPr>
              <w:br/>
              <w:t>Руски центар</w:t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2E3E8E0" w14:textId="77777777" w:rsidR="00866E1C" w:rsidRPr="00866E1C" w:rsidRDefault="00866E1C" w:rsidP="00866E1C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11.15–13.30</w:t>
            </w:r>
          </w:p>
          <w:p w14:paraId="7C6981E8" w14:textId="77777777" w:rsidR="00866E1C" w:rsidRPr="00866E1C" w:rsidRDefault="00866E1C" w:rsidP="00866E1C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Српска средњовјековна књижевност</w:t>
            </w:r>
            <w:r w:rsidRPr="00866E1C">
              <w:rPr>
                <w:lang w:val="ru-RU"/>
              </w:rPr>
              <w:br/>
              <w:t>П+В — доц. др Данијел Дојчиновић</w:t>
            </w:r>
            <w:r w:rsidRPr="00866E1C">
              <w:rPr>
                <w:lang w:val="ru-RU"/>
              </w:rPr>
              <w:br/>
              <w:t>Читаоница</w:t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6A9ABC0" w14:textId="77777777" w:rsidR="00866E1C" w:rsidRPr="00866E1C" w:rsidRDefault="00866E1C" w:rsidP="00866E1C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8.00–9.30</w:t>
            </w:r>
          </w:p>
          <w:p w14:paraId="0895656F" w14:textId="77777777" w:rsidR="00866E1C" w:rsidRDefault="00866E1C" w:rsidP="00866E1C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Старословенски језик 1</w:t>
            </w:r>
            <w:r w:rsidRPr="00866E1C">
              <w:rPr>
                <w:lang w:val="ru-RU"/>
              </w:rPr>
              <w:br/>
              <w:t>П — проф. др Зорица Никитовић</w:t>
            </w:r>
            <w:r w:rsidRPr="00866E1C">
              <w:rPr>
                <w:lang w:val="ru-RU"/>
              </w:rPr>
              <w:br/>
              <w:t>Учионица 9</w:t>
            </w:r>
          </w:p>
          <w:p w14:paraId="3490A9A9" w14:textId="77777777" w:rsidR="00EB0B35" w:rsidRDefault="00EB0B35" w:rsidP="00866E1C">
            <w:pPr>
              <w:spacing w:after="0"/>
              <w:rPr>
                <w:lang w:val="ru-RU"/>
              </w:rPr>
            </w:pPr>
          </w:p>
          <w:p w14:paraId="75C8424D" w14:textId="77777777" w:rsidR="00EB0B35" w:rsidRPr="00866E1C" w:rsidRDefault="00EB0B35" w:rsidP="00EB0B35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11.00–12.30</w:t>
            </w:r>
          </w:p>
          <w:p w14:paraId="1B3F0399" w14:textId="77777777" w:rsidR="00EB0B35" w:rsidRDefault="00EB0B35" w:rsidP="00EB0B35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Фонологија и акцентологија српског језика</w:t>
            </w:r>
            <w:r w:rsidRPr="00866E1C">
              <w:rPr>
                <w:lang w:val="ru-RU"/>
              </w:rPr>
              <w:br/>
              <w:t>В — проф. др Слађана Цукут</w:t>
            </w:r>
            <w:r w:rsidRPr="00866E1C">
              <w:rPr>
                <w:lang w:val="ru-RU"/>
              </w:rPr>
              <w:br/>
              <w:t>Учионица 9</w:t>
            </w:r>
          </w:p>
          <w:p w14:paraId="6C0EF5A6" w14:textId="77777777" w:rsidR="00EB0B35" w:rsidRDefault="00EB0B35" w:rsidP="00EB0B35">
            <w:pPr>
              <w:spacing w:after="0"/>
              <w:rPr>
                <w:lang w:val="ru-RU"/>
              </w:rPr>
            </w:pPr>
          </w:p>
          <w:p w14:paraId="14F2C423" w14:textId="77777777" w:rsidR="00EB0B35" w:rsidRPr="00866E1C" w:rsidRDefault="00EB0B35" w:rsidP="00EB0B35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13.15–14.45</w:t>
            </w:r>
          </w:p>
          <w:p w14:paraId="662EC914" w14:textId="405B3CAB" w:rsidR="00EB0B35" w:rsidRPr="00866E1C" w:rsidRDefault="00EB0B35" w:rsidP="00EB0B35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Фонологија и акцентологија српског језика</w:t>
            </w:r>
            <w:r w:rsidRPr="00866E1C">
              <w:rPr>
                <w:lang w:val="ru-RU"/>
              </w:rPr>
              <w:br/>
              <w:t>П — проф. др Драгомир Козомара</w:t>
            </w:r>
            <w:r w:rsidRPr="00866E1C">
              <w:rPr>
                <w:lang w:val="ru-RU"/>
              </w:rPr>
              <w:br/>
              <w:t>Учионица 9</w:t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BE4E680" w14:textId="77777777" w:rsidR="00866E1C" w:rsidRPr="00866E1C" w:rsidRDefault="00866E1C" w:rsidP="00866E1C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13.30–14.15</w:t>
            </w:r>
          </w:p>
          <w:p w14:paraId="19175628" w14:textId="77777777" w:rsidR="00866E1C" w:rsidRDefault="00866E1C" w:rsidP="00866E1C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Увод у теорију књижевности</w:t>
            </w:r>
            <w:r w:rsidRPr="00866E1C">
              <w:rPr>
                <w:lang w:val="ru-RU"/>
              </w:rPr>
              <w:br/>
              <w:t>В — мр Валентина Милекић Ковачић</w:t>
            </w:r>
            <w:r w:rsidRPr="00866E1C">
              <w:rPr>
                <w:lang w:val="ru-RU"/>
              </w:rPr>
              <w:br/>
              <w:t>Читаоница</w:t>
            </w:r>
          </w:p>
          <w:p w14:paraId="4E289901" w14:textId="77777777" w:rsidR="00EB0B35" w:rsidRDefault="00EB0B35" w:rsidP="00866E1C">
            <w:pPr>
              <w:spacing w:after="0"/>
              <w:rPr>
                <w:lang w:val="ru-RU"/>
              </w:rPr>
            </w:pPr>
          </w:p>
          <w:p w14:paraId="06828D6A" w14:textId="77777777" w:rsidR="00EB0B35" w:rsidRPr="00866E1C" w:rsidRDefault="00EB0B35" w:rsidP="00EB0B35">
            <w:pPr>
              <w:spacing w:after="0"/>
              <w:rPr>
                <w:b/>
                <w:bCs/>
                <w:lang w:val="ru-RU"/>
              </w:rPr>
            </w:pPr>
            <w:r w:rsidRPr="00866E1C">
              <w:rPr>
                <w:b/>
                <w:bCs/>
                <w:lang w:val="ru-RU"/>
              </w:rPr>
              <w:t>14.30–16.00</w:t>
            </w:r>
          </w:p>
          <w:p w14:paraId="076B7500" w14:textId="5977CB03" w:rsidR="00EB0B35" w:rsidRPr="00866E1C" w:rsidRDefault="00EB0B35" w:rsidP="00EB0B35">
            <w:pPr>
              <w:spacing w:after="0"/>
              <w:rPr>
                <w:lang w:val="ru-RU"/>
              </w:rPr>
            </w:pPr>
            <w:r w:rsidRPr="00866E1C">
              <w:rPr>
                <w:lang w:val="ru-RU"/>
              </w:rPr>
              <w:t>Увод у теорију књижевности</w:t>
            </w:r>
            <w:r w:rsidRPr="00866E1C">
              <w:rPr>
                <w:lang w:val="ru-RU"/>
              </w:rPr>
              <w:br/>
              <w:t>П — проф. др Саша Шмуља</w:t>
            </w:r>
            <w:r w:rsidRPr="00866E1C">
              <w:rPr>
                <w:lang w:val="ru-RU"/>
              </w:rPr>
              <w:br/>
              <w:t>Учионица 10</w:t>
            </w:r>
          </w:p>
        </w:tc>
      </w:tr>
      <w:tr w:rsidR="00EB0B35" w:rsidRPr="00866E1C" w14:paraId="57DED1C9" w14:textId="77777777" w:rsidTr="00EB0B35">
        <w:trPr>
          <w:trHeight w:val="2665"/>
          <w:jc w:val="center"/>
        </w:trPr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AC8B911" w14:textId="77777777" w:rsidR="00EB0B35" w:rsidRPr="00866E1C" w:rsidRDefault="00EB0B35" w:rsidP="00866E1C">
            <w:pPr>
              <w:spacing w:after="0"/>
              <w:rPr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170AD86" w14:textId="77777777" w:rsidR="00EB0B35" w:rsidRPr="00866E1C" w:rsidRDefault="00EB0B35" w:rsidP="00866E1C">
            <w:pPr>
              <w:spacing w:after="0"/>
              <w:rPr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ABDBA2F" w14:textId="77777777" w:rsidR="00EB0B35" w:rsidRPr="00866E1C" w:rsidRDefault="00EB0B35" w:rsidP="00866E1C">
            <w:pPr>
              <w:spacing w:after="0"/>
              <w:rPr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968C4C3" w14:textId="073350AE" w:rsidR="00EB0B35" w:rsidRPr="00866E1C" w:rsidRDefault="00EB0B35" w:rsidP="00866E1C">
            <w:pPr>
              <w:spacing w:after="0"/>
              <w:rPr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FD4F599" w14:textId="5A545FCF" w:rsidR="00EB0B35" w:rsidRPr="00866E1C" w:rsidRDefault="00EB0B35" w:rsidP="00866E1C">
            <w:pPr>
              <w:spacing w:after="0"/>
              <w:rPr>
                <w:lang w:val="ru-RU"/>
              </w:rPr>
            </w:pPr>
          </w:p>
        </w:tc>
      </w:tr>
    </w:tbl>
    <w:p w14:paraId="428BE770" w14:textId="77777777" w:rsidR="00EB0B35" w:rsidRDefault="00EB0B35">
      <w:pPr>
        <w:spacing w:after="60"/>
        <w:rPr>
          <w:lang w:val="ru-RU"/>
        </w:rPr>
      </w:pPr>
    </w:p>
    <w:p w14:paraId="3ADBE22B" w14:textId="77777777" w:rsidR="00EB0B35" w:rsidRDefault="00EB0B35">
      <w:pPr>
        <w:spacing w:after="60"/>
        <w:rPr>
          <w:lang w:val="ru-RU"/>
        </w:rPr>
      </w:pPr>
    </w:p>
    <w:p w14:paraId="6524AEE7" w14:textId="759B3A18" w:rsidR="003E130F" w:rsidRPr="00B10BB8" w:rsidRDefault="003E130F" w:rsidP="003E130F">
      <w:pPr>
        <w:spacing w:after="60"/>
        <w:jc w:val="center"/>
        <w:rPr>
          <w:b/>
          <w:bCs/>
          <w:color w:val="1F497D" w:themeColor="text2"/>
          <w:sz w:val="26"/>
          <w:szCs w:val="26"/>
          <w:lang w:val="sr-Cyrl-RS"/>
        </w:rPr>
      </w:pPr>
      <w:r w:rsidRPr="00B10BB8">
        <w:rPr>
          <w:b/>
          <w:bCs/>
          <w:color w:val="1F497D" w:themeColor="text2"/>
          <w:sz w:val="26"/>
          <w:szCs w:val="26"/>
          <w:lang w:val="ru-RU"/>
        </w:rPr>
        <w:t xml:space="preserve">СТУДИЈСКИ ПРОГРАМ РУСКОГ И СРПСКОГ ЈЕЗИКА И КЊИЖЕВНОСТИ — </w:t>
      </w:r>
      <w:r w:rsidRPr="00B10BB8">
        <w:rPr>
          <w:b/>
          <w:bCs/>
          <w:color w:val="1F497D" w:themeColor="text2"/>
          <w:sz w:val="26"/>
          <w:szCs w:val="26"/>
        </w:rPr>
        <w:t>I</w:t>
      </w:r>
      <w:r>
        <w:rPr>
          <w:b/>
          <w:bCs/>
          <w:color w:val="1F497D" w:themeColor="text2"/>
          <w:sz w:val="26"/>
          <w:szCs w:val="26"/>
        </w:rPr>
        <w:t>I</w:t>
      </w:r>
      <w:r w:rsidRPr="00B10BB8">
        <w:rPr>
          <w:b/>
          <w:bCs/>
          <w:color w:val="1F497D" w:themeColor="text2"/>
          <w:sz w:val="26"/>
          <w:szCs w:val="26"/>
          <w:lang w:val="ru-RU"/>
        </w:rPr>
        <w:t xml:space="preserve"> </w:t>
      </w:r>
      <w:r w:rsidRPr="00B10BB8">
        <w:rPr>
          <w:b/>
          <w:bCs/>
          <w:color w:val="1F497D" w:themeColor="text2"/>
          <w:sz w:val="26"/>
          <w:szCs w:val="26"/>
          <w:lang w:val="sr-Cyrl-RS"/>
        </w:rPr>
        <w:t>ГОДИНА</w:t>
      </w:r>
    </w:p>
    <w:p w14:paraId="4B56CFC6" w14:textId="77777777" w:rsidR="003E130F" w:rsidRPr="003E130F" w:rsidRDefault="003E130F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  <w:r w:rsidRPr="003E130F">
        <w:rPr>
          <w:b/>
          <w:bCs/>
          <w:sz w:val="19"/>
          <w:szCs w:val="19"/>
          <w:lang w:val="ru-RU"/>
        </w:rPr>
        <w:t xml:space="preserve">Распоред часова – зимски семестар академске 2026/2027. </w:t>
      </w:r>
      <w:r>
        <w:rPr>
          <w:b/>
          <w:bCs/>
          <w:sz w:val="19"/>
          <w:szCs w:val="19"/>
          <w:lang w:val="ru-RU"/>
        </w:rPr>
        <w:t>г</w:t>
      </w:r>
      <w:r w:rsidRPr="003E130F">
        <w:rPr>
          <w:b/>
          <w:bCs/>
          <w:sz w:val="19"/>
          <w:szCs w:val="19"/>
          <w:lang w:val="ru-RU"/>
        </w:rPr>
        <w:t>одине</w:t>
      </w:r>
    </w:p>
    <w:p w14:paraId="14B8D423" w14:textId="440A95E1" w:rsidR="004711D4" w:rsidRPr="00866E1C" w:rsidRDefault="004711D4">
      <w:pPr>
        <w:spacing w:after="16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2812"/>
        <w:gridCol w:w="10"/>
        <w:gridCol w:w="2812"/>
        <w:gridCol w:w="10"/>
        <w:gridCol w:w="2812"/>
        <w:gridCol w:w="10"/>
        <w:gridCol w:w="2812"/>
        <w:gridCol w:w="10"/>
        <w:gridCol w:w="2812"/>
        <w:gridCol w:w="10"/>
      </w:tblGrid>
      <w:tr w:rsidR="004711D4" w14:paraId="5F203C6F" w14:textId="77777777" w:rsidTr="00AA7F7E">
        <w:trPr>
          <w:gridBefore w:val="1"/>
          <w:wBefore w:w="10" w:type="dxa"/>
          <w:tblHeader/>
          <w:jc w:val="center"/>
        </w:trPr>
        <w:tc>
          <w:tcPr>
            <w:tcW w:w="2822" w:type="dxa"/>
            <w:gridSpan w:val="2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AEFD50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ПОНЕДЈЕЉАК</w:t>
            </w:r>
          </w:p>
        </w:tc>
        <w:tc>
          <w:tcPr>
            <w:tcW w:w="2822" w:type="dxa"/>
            <w:gridSpan w:val="2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389B31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УТОРАК</w:t>
            </w:r>
          </w:p>
        </w:tc>
        <w:tc>
          <w:tcPr>
            <w:tcW w:w="2822" w:type="dxa"/>
            <w:gridSpan w:val="2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A651F5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СРИЈЕДА</w:t>
            </w:r>
          </w:p>
        </w:tc>
        <w:tc>
          <w:tcPr>
            <w:tcW w:w="2822" w:type="dxa"/>
            <w:gridSpan w:val="2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315D2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ЧЕТВРТАК</w:t>
            </w:r>
          </w:p>
        </w:tc>
        <w:tc>
          <w:tcPr>
            <w:tcW w:w="2822" w:type="dxa"/>
            <w:gridSpan w:val="2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8FB5E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ПЕТАК</w:t>
            </w:r>
          </w:p>
        </w:tc>
      </w:tr>
      <w:tr w:rsidR="00AA7F7E" w:rsidRPr="003E38F5" w14:paraId="3E083C23" w14:textId="77777777" w:rsidTr="00AA7F7E">
        <w:trPr>
          <w:gridAfter w:val="1"/>
          <w:wAfter w:w="10" w:type="dxa"/>
          <w:trHeight w:val="2665"/>
          <w:jc w:val="center"/>
        </w:trPr>
        <w:tc>
          <w:tcPr>
            <w:tcW w:w="2822" w:type="dxa"/>
            <w:gridSpan w:val="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96D126E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15.00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17.15</w:t>
            </w:r>
          </w:p>
          <w:p w14:paraId="72BB4EC1" w14:textId="5868C86C" w:rsidR="00AA7F7E" w:rsidRPr="007A7E5D" w:rsidRDefault="00AA7F7E" w:rsidP="00AA7F7E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color w:val="000000"/>
                <w:szCs w:val="18"/>
                <w:lang w:val="ru-RU"/>
              </w:rPr>
              <w:t>Стилистика</w:t>
            </w:r>
            <w:r w:rsidRPr="007A7E5D">
              <w:rPr>
                <w:color w:val="000000"/>
                <w:szCs w:val="18"/>
                <w:lang w:val="ru-RU"/>
              </w:rPr>
              <w:br/>
              <w:t>П+В — доц. др Горан Милашин</w:t>
            </w:r>
            <w:r w:rsidRPr="007A7E5D">
              <w:rPr>
                <w:color w:val="000000"/>
                <w:szCs w:val="18"/>
                <w:lang w:val="ru-RU"/>
              </w:rPr>
              <w:br/>
              <w:t>Учионица 9</w:t>
            </w:r>
          </w:p>
        </w:tc>
        <w:tc>
          <w:tcPr>
            <w:tcW w:w="2822" w:type="dxa"/>
            <w:gridSpan w:val="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2888FF2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9.30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11.00</w:t>
            </w:r>
          </w:p>
          <w:p w14:paraId="0C070358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>Српска књижевност 19. вијека 1</w:t>
            </w:r>
          </w:p>
          <w:p w14:paraId="041804F0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 xml:space="preserve">В </w:t>
            </w:r>
            <w:r w:rsidRPr="007A7E5D">
              <w:rPr>
                <w:rFonts w:ascii="Aptos" w:hAnsi="Aptos" w:cs="Calibri"/>
                <w:color w:val="000000"/>
                <w:sz w:val="18"/>
                <w:szCs w:val="18"/>
                <w:lang w:val="ru-RU"/>
              </w:rPr>
              <w:t xml:space="preserve">– </w:t>
            </w: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>проф. др Младенко Саџак, Читаоница</w:t>
            </w:r>
          </w:p>
          <w:p w14:paraId="070FA962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</w:pPr>
          </w:p>
          <w:p w14:paraId="241E4314" w14:textId="09EA92D5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12.00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13.30</w:t>
            </w:r>
          </w:p>
          <w:p w14:paraId="38000C37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>Савремени руски језик 3</w:t>
            </w:r>
          </w:p>
          <w:p w14:paraId="74E16B6D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 xml:space="preserve">В </w:t>
            </w:r>
            <w:r w:rsidRPr="007A7E5D">
              <w:rPr>
                <w:rFonts w:ascii="Aptos" w:hAnsi="Aptos" w:cs="Calibri"/>
                <w:color w:val="000000"/>
                <w:sz w:val="18"/>
                <w:szCs w:val="18"/>
                <w:lang w:val="ru-RU"/>
              </w:rPr>
              <w:t xml:space="preserve">– </w:t>
            </w: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>мср Наталја Милаковић</w:t>
            </w:r>
          </w:p>
          <w:p w14:paraId="06E31F73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  <w:t>Руски центар</w:t>
            </w:r>
          </w:p>
          <w:p w14:paraId="371BB50F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000000"/>
                <w:sz w:val="18"/>
                <w:szCs w:val="18"/>
                <w:lang w:val="ru-RU"/>
              </w:rPr>
            </w:pPr>
          </w:p>
          <w:p w14:paraId="1DC937BC" w14:textId="7EE1CA52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14.30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16.00</w:t>
            </w:r>
          </w:p>
          <w:p w14:paraId="16C9398D" w14:textId="4B6BF599" w:rsidR="00AA7F7E" w:rsidRPr="007A7E5D" w:rsidRDefault="00AA7F7E" w:rsidP="00AA7F7E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color w:val="000000"/>
                <w:szCs w:val="18"/>
                <w:lang w:val="ru-RU"/>
              </w:rPr>
              <w:t>Морфологија српског језика</w:t>
            </w:r>
            <w:r w:rsidRPr="007A7E5D">
              <w:rPr>
                <w:color w:val="000000"/>
                <w:szCs w:val="18"/>
                <w:lang w:val="ru-RU"/>
              </w:rPr>
              <w:br/>
              <w:t>П — доц. др Горан Милашин</w:t>
            </w:r>
            <w:r w:rsidRPr="007A7E5D">
              <w:rPr>
                <w:color w:val="000000"/>
                <w:szCs w:val="18"/>
                <w:lang w:val="ru-RU"/>
              </w:rPr>
              <w:br/>
              <w:t>Учионица 2</w:t>
            </w:r>
          </w:p>
        </w:tc>
        <w:tc>
          <w:tcPr>
            <w:tcW w:w="2822" w:type="dxa"/>
            <w:gridSpan w:val="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C399530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9.00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10.30</w:t>
            </w:r>
          </w:p>
          <w:p w14:paraId="481D5A0F" w14:textId="032E34AD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Руска књижевност 19. вијека 1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 xml:space="preserve">В </w:t>
            </w:r>
            <w:r w:rsidR="00B01991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 xml:space="preserve"> </w:t>
            </w:r>
            <w:r w:rsidR="00B01991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 xml:space="preserve">мср 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Галина-Марија Мићић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Кабинет</w:t>
            </w:r>
          </w:p>
          <w:p w14:paraId="70532A12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/>
                <w:sz w:val="18"/>
                <w:szCs w:val="18"/>
                <w:lang w:val="ru-RU"/>
              </w:rPr>
            </w:pPr>
          </w:p>
          <w:p w14:paraId="1C7A368F" w14:textId="3CFDD14C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10.30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  <w:lang w:val="ru-RU"/>
              </w:rPr>
              <w:t>12.00</w:t>
            </w:r>
            <w:r w:rsidRPr="007A7E5D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 </w:t>
            </w:r>
          </w:p>
          <w:p w14:paraId="6861DF8F" w14:textId="77777777" w:rsidR="00B01991" w:rsidRDefault="00AA7F7E" w:rsidP="00AA7F7E">
            <w:pPr>
              <w:spacing w:after="0"/>
              <w:rPr>
                <w:rFonts w:cs="Arial"/>
                <w:color w:val="000000"/>
                <w:szCs w:val="18"/>
                <w:lang w:val="ru-RU"/>
              </w:rPr>
            </w:pPr>
            <w:r w:rsidRPr="007A7E5D">
              <w:rPr>
                <w:rFonts w:cs="Arial"/>
                <w:color w:val="000000"/>
                <w:szCs w:val="18"/>
                <w:lang w:val="ru-RU"/>
              </w:rPr>
              <w:t>Савремени руски језик 3</w:t>
            </w:r>
          </w:p>
          <w:p w14:paraId="05D75B93" w14:textId="77777777" w:rsidR="00AA7F7E" w:rsidRDefault="00AA7F7E" w:rsidP="00AA7F7E">
            <w:pPr>
              <w:spacing w:after="0"/>
              <w:rPr>
                <w:rFonts w:cs="Arial"/>
                <w:color w:val="000000"/>
                <w:szCs w:val="18"/>
                <w:lang w:val="sr-Cyrl-RS"/>
              </w:rPr>
            </w:pPr>
            <w:r w:rsidRPr="007A7E5D">
              <w:rPr>
                <w:rFonts w:cs="Arial"/>
                <w:color w:val="000000"/>
                <w:szCs w:val="18"/>
                <w:lang w:val="ru-RU"/>
              </w:rPr>
              <w:t>В</w:t>
            </w:r>
            <w:r w:rsidR="00B01991">
              <w:rPr>
                <w:rFonts w:cs="Arial"/>
                <w:color w:val="000000"/>
                <w:szCs w:val="18"/>
                <w:lang w:val="ru-RU"/>
              </w:rPr>
              <w:t xml:space="preserve"> – мср </w:t>
            </w:r>
            <w:r w:rsidRPr="007A7E5D">
              <w:rPr>
                <w:rFonts w:cs="Arial"/>
                <w:color w:val="000000"/>
                <w:szCs w:val="18"/>
                <w:lang w:val="ru-RU"/>
              </w:rPr>
              <w:t>Галина-Марија Мићић кабинет</w:t>
            </w:r>
            <w:r w:rsidRPr="007A7E5D">
              <w:rPr>
                <w:rFonts w:cs="Arial"/>
                <w:color w:val="000000"/>
                <w:szCs w:val="18"/>
              </w:rPr>
              <w:t> </w:t>
            </w:r>
          </w:p>
          <w:p w14:paraId="1599C657" w14:textId="77777777" w:rsidR="003E38F5" w:rsidRDefault="003E38F5" w:rsidP="00AA7F7E">
            <w:pPr>
              <w:spacing w:after="0"/>
              <w:rPr>
                <w:rFonts w:cs="Arial"/>
                <w:color w:val="000000"/>
                <w:szCs w:val="18"/>
                <w:lang w:val="sr-Cyrl-RS"/>
              </w:rPr>
            </w:pPr>
          </w:p>
          <w:p w14:paraId="52946A53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12.15</w:t>
            </w:r>
            <w:r w:rsidRPr="003E38F5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13.45</w:t>
            </w:r>
          </w:p>
          <w:p w14:paraId="22BFDECD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Историја српске културе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П — проф. др Славица Васиљевић Илић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Учионица 2</w:t>
            </w:r>
          </w:p>
          <w:p w14:paraId="33E17AC6" w14:textId="77777777" w:rsidR="003E38F5" w:rsidRPr="003E38F5" w:rsidRDefault="003E38F5" w:rsidP="00AA7F7E">
            <w:pPr>
              <w:spacing w:after="0"/>
              <w:rPr>
                <w:szCs w:val="18"/>
                <w:lang w:val="ru-RU"/>
              </w:rPr>
            </w:pPr>
          </w:p>
          <w:p w14:paraId="74094485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14.00</w:t>
            </w:r>
            <w:r w:rsidRPr="003E38F5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15.30</w:t>
            </w:r>
          </w:p>
          <w:p w14:paraId="22969FAC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Морфологија српског језика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В — доц. др Горан Милашин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Учионица 2</w:t>
            </w:r>
          </w:p>
          <w:p w14:paraId="40B19E61" w14:textId="1EA79004" w:rsidR="003E38F5" w:rsidRPr="003E38F5" w:rsidRDefault="003E38F5" w:rsidP="00AA7F7E">
            <w:pPr>
              <w:spacing w:after="0"/>
              <w:rPr>
                <w:szCs w:val="18"/>
                <w:lang w:val="ru-RU"/>
              </w:rPr>
            </w:pPr>
          </w:p>
        </w:tc>
        <w:tc>
          <w:tcPr>
            <w:tcW w:w="2822" w:type="dxa"/>
            <w:gridSpan w:val="2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5777550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11.15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12.45</w:t>
            </w:r>
          </w:p>
          <w:p w14:paraId="52DC2F5D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Српска књижевност 19. вијека 1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П — проф. др Младенко Саџак</w:t>
            </w:r>
            <w:r w:rsidRPr="007A7E5D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Учионица 2</w:t>
            </w:r>
          </w:p>
          <w:p w14:paraId="30E4B6CA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000000"/>
                <w:sz w:val="18"/>
                <w:szCs w:val="18"/>
                <w:lang w:val="ru-RU"/>
              </w:rPr>
            </w:pPr>
          </w:p>
          <w:p w14:paraId="1F465566" w14:textId="4181F019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–15.00</w:t>
            </w:r>
          </w:p>
          <w:p w14:paraId="6846ED6A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Calibri"/>
                <w:color w:val="000000"/>
                <w:sz w:val="18"/>
                <w:szCs w:val="18"/>
                <w:lang w:val="ru-RU"/>
              </w:rPr>
              <w:t>Савремени руски језик 3</w:t>
            </w:r>
          </w:p>
          <w:p w14:paraId="040EE0AA" w14:textId="77777777" w:rsidR="00AA7F7E" w:rsidRPr="007A7E5D" w:rsidRDefault="00AA7F7E" w:rsidP="00AA7F7E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7A7E5D">
              <w:rPr>
                <w:rFonts w:ascii="Aptos" w:hAnsi="Aptos" w:cs="Calibri"/>
                <w:color w:val="000000"/>
                <w:sz w:val="18"/>
                <w:szCs w:val="18"/>
                <w:lang w:val="ru-RU"/>
              </w:rPr>
              <w:t>В – Наташа Кецман</w:t>
            </w:r>
          </w:p>
          <w:p w14:paraId="76B57342" w14:textId="77777777" w:rsidR="00AA7F7E" w:rsidRDefault="00AA7F7E" w:rsidP="00AA7F7E">
            <w:pPr>
              <w:spacing w:after="0"/>
              <w:rPr>
                <w:rFonts w:cs="Calibri"/>
                <w:color w:val="000000"/>
                <w:szCs w:val="18"/>
                <w:lang w:val="sr-Cyrl-RS"/>
              </w:rPr>
            </w:pPr>
            <w:r w:rsidRPr="007A7E5D">
              <w:rPr>
                <w:rFonts w:cs="Calibri"/>
                <w:color w:val="000000"/>
                <w:szCs w:val="18"/>
              </w:rPr>
              <w:t>Учионица 2</w:t>
            </w:r>
          </w:p>
          <w:p w14:paraId="4DFA0849" w14:textId="77777777" w:rsidR="003E38F5" w:rsidRDefault="003E38F5" w:rsidP="00AA7F7E">
            <w:pPr>
              <w:spacing w:after="0"/>
              <w:rPr>
                <w:rFonts w:cs="Calibri"/>
                <w:color w:val="000000"/>
                <w:szCs w:val="18"/>
                <w:lang w:val="sr-Cyrl-RS"/>
              </w:rPr>
            </w:pPr>
          </w:p>
          <w:p w14:paraId="499DD768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15.00</w:t>
            </w:r>
            <w:r w:rsidRPr="003E38F5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3E38F5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16.30</w:t>
            </w:r>
          </w:p>
          <w:p w14:paraId="475D8500" w14:textId="77777777" w:rsidR="003E38F5" w:rsidRPr="003E38F5" w:rsidRDefault="003E38F5" w:rsidP="003E38F5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Морфологија 2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В — Наташа Кецман</w:t>
            </w:r>
            <w:r w:rsidRP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Учионица 2</w:t>
            </w:r>
          </w:p>
          <w:p w14:paraId="7915C601" w14:textId="49CD957A" w:rsidR="003E38F5" w:rsidRPr="003E38F5" w:rsidRDefault="003E38F5" w:rsidP="00AA7F7E">
            <w:pPr>
              <w:spacing w:after="0"/>
              <w:rPr>
                <w:szCs w:val="18"/>
                <w:lang w:val="ru-RU"/>
              </w:rPr>
            </w:pPr>
          </w:p>
        </w:tc>
        <w:tc>
          <w:tcPr>
            <w:tcW w:w="2822" w:type="dxa"/>
            <w:gridSpan w:val="2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359FB3D" w14:textId="77777777" w:rsidR="00AA7F7E" w:rsidRPr="003E38F5" w:rsidRDefault="00AA7F7E" w:rsidP="00AA7F7E">
            <w:pPr>
              <w:spacing w:after="0"/>
              <w:rPr>
                <w:lang w:val="ru-RU"/>
              </w:rPr>
            </w:pPr>
            <w:r w:rsidRPr="003E38F5">
              <w:rPr>
                <w:lang w:val="ru-RU"/>
              </w:rPr>
              <w:br/>
            </w:r>
            <w:r w:rsidRPr="003E38F5">
              <w:rPr>
                <w:lang w:val="ru-RU"/>
              </w:rPr>
              <w:br/>
            </w:r>
            <w:r w:rsidRPr="003E38F5">
              <w:rPr>
                <w:lang w:val="ru-RU"/>
              </w:rPr>
              <w:br/>
            </w:r>
            <w:r w:rsidRPr="003E38F5">
              <w:rPr>
                <w:lang w:val="ru-RU"/>
              </w:rPr>
              <w:br/>
            </w:r>
          </w:p>
        </w:tc>
      </w:tr>
    </w:tbl>
    <w:p w14:paraId="5CF7D08C" w14:textId="77777777" w:rsidR="004711D4" w:rsidRPr="003E38F5" w:rsidRDefault="00000000">
      <w:pPr>
        <w:rPr>
          <w:lang w:val="ru-RU"/>
        </w:rPr>
      </w:pPr>
      <w:r w:rsidRPr="003E38F5">
        <w:rPr>
          <w:lang w:val="ru-RU"/>
        </w:rPr>
        <w:br w:type="page"/>
      </w:r>
    </w:p>
    <w:p w14:paraId="6BD5DE8F" w14:textId="120B820E" w:rsidR="003E130F" w:rsidRPr="00B10BB8" w:rsidRDefault="003E130F" w:rsidP="00DE26F0">
      <w:pPr>
        <w:spacing w:after="60"/>
        <w:jc w:val="center"/>
        <w:rPr>
          <w:b/>
          <w:bCs/>
          <w:color w:val="1F497D" w:themeColor="text2"/>
          <w:sz w:val="26"/>
          <w:szCs w:val="26"/>
          <w:lang w:val="sr-Cyrl-RS"/>
        </w:rPr>
      </w:pPr>
      <w:r w:rsidRPr="00B10BB8">
        <w:rPr>
          <w:b/>
          <w:bCs/>
          <w:color w:val="1F497D" w:themeColor="text2"/>
          <w:sz w:val="26"/>
          <w:szCs w:val="26"/>
          <w:lang w:val="ru-RU"/>
        </w:rPr>
        <w:lastRenderedPageBreak/>
        <w:t xml:space="preserve">СТУДИЈСКИ ПРОГРАМ РУСКОГ И СРПСКОГ ЈЕЗИКА И КЊИЖЕВНОСТИ — </w:t>
      </w:r>
      <w:r w:rsidRPr="00B10BB8">
        <w:rPr>
          <w:b/>
          <w:bCs/>
          <w:color w:val="1F497D" w:themeColor="text2"/>
          <w:sz w:val="26"/>
          <w:szCs w:val="26"/>
        </w:rPr>
        <w:t>I</w:t>
      </w:r>
      <w:r>
        <w:rPr>
          <w:b/>
          <w:bCs/>
          <w:color w:val="1F497D" w:themeColor="text2"/>
          <w:sz w:val="26"/>
          <w:szCs w:val="26"/>
        </w:rPr>
        <w:t>II</w:t>
      </w:r>
      <w:r w:rsidRPr="00B10BB8">
        <w:rPr>
          <w:b/>
          <w:bCs/>
          <w:color w:val="1F497D" w:themeColor="text2"/>
          <w:sz w:val="26"/>
          <w:szCs w:val="26"/>
          <w:lang w:val="ru-RU"/>
        </w:rPr>
        <w:t xml:space="preserve"> </w:t>
      </w:r>
      <w:r w:rsidRPr="00B10BB8">
        <w:rPr>
          <w:b/>
          <w:bCs/>
          <w:color w:val="1F497D" w:themeColor="text2"/>
          <w:sz w:val="26"/>
          <w:szCs w:val="26"/>
          <w:lang w:val="sr-Cyrl-RS"/>
        </w:rPr>
        <w:t>ГОДИНА</w:t>
      </w:r>
    </w:p>
    <w:p w14:paraId="06C80F96" w14:textId="77777777" w:rsidR="003E130F" w:rsidRPr="003E130F" w:rsidRDefault="003E130F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  <w:r w:rsidRPr="003E130F">
        <w:rPr>
          <w:b/>
          <w:bCs/>
          <w:sz w:val="19"/>
          <w:szCs w:val="19"/>
          <w:lang w:val="ru-RU"/>
        </w:rPr>
        <w:t xml:space="preserve">Распоред часова – зимски семестар академске 2026/2027. </w:t>
      </w:r>
      <w:r>
        <w:rPr>
          <w:b/>
          <w:bCs/>
          <w:sz w:val="19"/>
          <w:szCs w:val="19"/>
          <w:lang w:val="ru-RU"/>
        </w:rPr>
        <w:t>г</w:t>
      </w:r>
      <w:r w:rsidRPr="003E130F">
        <w:rPr>
          <w:b/>
          <w:bCs/>
          <w:sz w:val="19"/>
          <w:szCs w:val="19"/>
          <w:lang w:val="ru-RU"/>
        </w:rPr>
        <w:t>одине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22"/>
        <w:gridCol w:w="2822"/>
        <w:gridCol w:w="2822"/>
        <w:gridCol w:w="2822"/>
        <w:gridCol w:w="2822"/>
      </w:tblGrid>
      <w:tr w:rsidR="004711D4" w14:paraId="50B61E01" w14:textId="77777777">
        <w:trPr>
          <w:tblHeader/>
          <w:jc w:val="center"/>
        </w:trPr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05FC3C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ПОНЕДЈЕЉАК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AA691C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УТОРАК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8F0C72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СРИЈЕДА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DD50E0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ЧЕТВРТАК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747B97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ПЕТАК</w:t>
            </w:r>
          </w:p>
        </w:tc>
      </w:tr>
      <w:tr w:rsidR="004711D4" w:rsidRPr="00AA7F7E" w14:paraId="139EF2BD" w14:textId="77777777">
        <w:trPr>
          <w:trHeight w:val="2665"/>
          <w:jc w:val="center"/>
        </w:trPr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tbl>
            <w:tblPr>
              <w:tblW w:w="3048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48"/>
            </w:tblGrid>
            <w:tr w:rsidR="00AA7F7E" w:rsidRPr="00AA7F7E" w14:paraId="696E623B" w14:textId="77777777" w:rsidTr="00B01991">
              <w:trPr>
                <w:trHeight w:val="1365"/>
                <w:jc w:val="center"/>
              </w:trPr>
              <w:tc>
                <w:tcPr>
                  <w:tcW w:w="304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9EAD59E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9.45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11.30</w:t>
                  </w:r>
                </w:p>
                <w:p w14:paraId="14334180" w14:textId="77777777" w:rsid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Психологија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</w:r>
                  <w:r w:rsidR="00B01991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П+В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 xml:space="preserve"> — проф. др Страхиња Димитријевић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Учионица 1</w:t>
                  </w:r>
                </w:p>
                <w:p w14:paraId="4111F846" w14:textId="59DD5D7F" w:rsidR="00B01991" w:rsidRPr="00AA7F7E" w:rsidRDefault="00B01991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6043CCAA" w14:textId="77777777" w:rsidTr="00B01991">
              <w:trPr>
                <w:trHeight w:val="1179"/>
                <w:jc w:val="center"/>
              </w:trPr>
              <w:tc>
                <w:tcPr>
                  <w:tcW w:w="304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ABB523E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11.45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13.15</w:t>
                  </w:r>
                </w:p>
                <w:p w14:paraId="630932C2" w14:textId="77777777" w:rsid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Српска књижевност 20. вијека 1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В — доц. др Андреја Марић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Учионица 2</w:t>
                  </w:r>
                </w:p>
                <w:p w14:paraId="0F4EE214" w14:textId="77777777" w:rsidR="00B01991" w:rsidRPr="00AA7F7E" w:rsidRDefault="00B01991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02B42A2B" w14:textId="77777777" w:rsidTr="00B01991">
              <w:trPr>
                <w:jc w:val="center"/>
              </w:trPr>
              <w:tc>
                <w:tcPr>
                  <w:tcW w:w="304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40F86D4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6539DCFF" w14:textId="77777777" w:rsidTr="00B01991">
              <w:trPr>
                <w:trHeight w:val="1354"/>
                <w:jc w:val="center"/>
              </w:trPr>
              <w:tc>
                <w:tcPr>
                  <w:tcW w:w="304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4C25B1B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13.30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15.00</w:t>
                  </w:r>
                </w:p>
                <w:p w14:paraId="3F2E1073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Лексикологија српског језика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П — проф. др Дијана Црњак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Учионица 10</w:t>
                  </w:r>
                </w:p>
              </w:tc>
            </w:tr>
          </w:tbl>
          <w:p w14:paraId="75A9F782" w14:textId="7674CD09" w:rsidR="004711D4" w:rsidRPr="007A7E5D" w:rsidRDefault="00000000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4892CB1" w14:textId="77777777" w:rsidR="004711D4" w:rsidRPr="007A7E5D" w:rsidRDefault="00000000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tbl>
            <w:tblPr>
              <w:tblW w:w="3038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8"/>
            </w:tblGrid>
            <w:tr w:rsidR="00AA7F7E" w:rsidRPr="00AA7F7E" w14:paraId="4D37443F" w14:textId="77777777" w:rsidTr="00B01991">
              <w:trPr>
                <w:trHeight w:val="1188"/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E83F1EF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9.30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11.00</w:t>
                  </w:r>
                </w:p>
                <w:p w14:paraId="76E513D8" w14:textId="11E3E761" w:rsidR="00B01991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Српска књижевност 20. вијека 1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П — проф. др Ранко Поповић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Учионица 2</w:t>
                  </w:r>
                </w:p>
              </w:tc>
            </w:tr>
            <w:tr w:rsidR="00AA7F7E" w:rsidRPr="00AA7F7E" w14:paraId="44CA041B" w14:textId="77777777" w:rsidTr="00B01991">
              <w:trPr>
                <w:trHeight w:val="1106"/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C420B9D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11.00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12.30</w:t>
                  </w:r>
                </w:p>
                <w:p w14:paraId="6CC460FF" w14:textId="3A86716F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Савремени руски језик 5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 xml:space="preserve">В — </w:t>
                  </w:r>
                  <w:r w:rsidR="00B01991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 xml:space="preserve">мср 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Галина-Марија Мићић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Кабинет</w:t>
                  </w:r>
                </w:p>
              </w:tc>
            </w:tr>
            <w:tr w:rsidR="00AA7F7E" w:rsidRPr="00AA7F7E" w14:paraId="1805ADE4" w14:textId="77777777" w:rsidTr="00B01991">
              <w:trPr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50C6830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111B732F" w14:textId="77777777" w:rsidTr="00B01991">
              <w:trPr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CECBD00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63D6476B" w14:textId="77777777" w:rsidTr="00B01991">
              <w:trPr>
                <w:trHeight w:val="1161"/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51E7ECE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13.00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14.30</w:t>
                  </w:r>
                </w:p>
                <w:p w14:paraId="43C5D3C3" w14:textId="77777777" w:rsid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Руска књижевност 19. вијека 3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 xml:space="preserve">В — </w:t>
                  </w:r>
                  <w:r w:rsidR="00B01991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 xml:space="preserve">мср 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Галина-Марија Мићић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Кабинет</w:t>
                  </w:r>
                </w:p>
                <w:p w14:paraId="5DF38F88" w14:textId="0BF1F533" w:rsidR="00B01991" w:rsidRPr="00AA7F7E" w:rsidRDefault="00B01991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518F5A9A" w14:textId="77777777" w:rsidTr="00B01991">
              <w:trPr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E7ECD1B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08A4D9E6" w14:textId="77777777" w:rsidTr="00B01991">
              <w:trPr>
                <w:trHeight w:val="1123"/>
                <w:jc w:val="center"/>
              </w:trPr>
              <w:tc>
                <w:tcPr>
                  <w:tcW w:w="3038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3939EF7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14.30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16.00</w:t>
                  </w:r>
                </w:p>
                <w:p w14:paraId="5146151D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Савремени руски језик 5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В — Наташа Кецман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Кабинет</w:t>
                  </w:r>
                </w:p>
              </w:tc>
            </w:tr>
          </w:tbl>
          <w:p w14:paraId="6D843C85" w14:textId="77777777" w:rsidR="004711D4" w:rsidRPr="007A7E5D" w:rsidRDefault="00000000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tbl>
            <w:tblPr>
              <w:tblW w:w="3002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2"/>
            </w:tblGrid>
            <w:tr w:rsidR="00AA7F7E" w:rsidRPr="00AA7F7E" w14:paraId="224D2C25" w14:textId="77777777" w:rsidTr="003E38F5">
              <w:trPr>
                <w:trHeight w:val="1188"/>
                <w:jc w:val="center"/>
              </w:trPr>
              <w:tc>
                <w:tcPr>
                  <w:tcW w:w="3002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7D8E39D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9.30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11.45</w:t>
                  </w:r>
                </w:p>
                <w:p w14:paraId="2AB8725F" w14:textId="77777777" w:rsid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Упоредна граматика словенских језика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П — проф. др Зорица Никитовић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Учионица 10</w:t>
                  </w:r>
                </w:p>
                <w:p w14:paraId="46A0CFB5" w14:textId="5AC74994" w:rsidR="003E38F5" w:rsidRPr="00AA7F7E" w:rsidRDefault="003E38F5" w:rsidP="00AA7F7E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</w:pPr>
                </w:p>
              </w:tc>
            </w:tr>
            <w:tr w:rsidR="00AA7F7E" w:rsidRPr="00AA7F7E" w14:paraId="1A03F95B" w14:textId="77777777" w:rsidTr="003E38F5">
              <w:trPr>
                <w:trHeight w:val="1157"/>
                <w:jc w:val="center"/>
              </w:trPr>
              <w:tc>
                <w:tcPr>
                  <w:tcW w:w="3002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5A355AC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13.00</w:t>
                  </w:r>
                  <w:r w:rsidRPr="00AA7F7E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val="ru-RU"/>
                    </w:rPr>
                    <w:t>–</w:t>
                  </w:r>
                  <w:r w:rsidRPr="00AA7F7E">
                    <w:rPr>
                      <w:rFonts w:eastAsia="Times New Roman" w:cs="Times New Roman"/>
                      <w:b/>
                      <w:bCs/>
                      <w:color w:val="000000"/>
                      <w:szCs w:val="18"/>
                      <w:lang w:val="ru-RU"/>
                    </w:rPr>
                    <w:t>14.30</w:t>
                  </w:r>
                </w:p>
                <w:p w14:paraId="661A4CDF" w14:textId="77777777" w:rsidR="00AA7F7E" w:rsidRPr="00AA7F7E" w:rsidRDefault="00AA7F7E" w:rsidP="00AA7F7E">
                  <w:pPr>
                    <w:spacing w:after="0" w:line="240" w:lineRule="auto"/>
                    <w:rPr>
                      <w:rFonts w:eastAsia="Times New Roman" w:cs="Times New Roman"/>
                      <w:szCs w:val="18"/>
                      <w:lang w:val="ru-RU"/>
                    </w:rPr>
                  </w:pP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t>Савремени руски језик 5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В — мср Наталја Милаковић</w:t>
                  </w:r>
                  <w:r w:rsidRPr="00AA7F7E">
                    <w:rPr>
                      <w:rFonts w:eastAsia="Times New Roman" w:cs="Times New Roman"/>
                      <w:color w:val="000000"/>
                      <w:szCs w:val="18"/>
                      <w:lang w:val="ru-RU"/>
                    </w:rPr>
                    <w:br/>
                    <w:t>Руски центар</w:t>
                  </w:r>
                </w:p>
              </w:tc>
            </w:tr>
          </w:tbl>
          <w:p w14:paraId="05129954" w14:textId="77777777" w:rsidR="004711D4" w:rsidRPr="007A7E5D" w:rsidRDefault="00000000">
            <w:pPr>
              <w:spacing w:after="0"/>
              <w:rPr>
                <w:szCs w:val="18"/>
                <w:lang w:val="ru-RU"/>
              </w:rPr>
            </w:pP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  <w:r w:rsidRPr="007A7E5D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590EB48" w14:textId="77777777" w:rsidR="004711D4" w:rsidRPr="00AA7F7E" w:rsidRDefault="00000000">
            <w:pPr>
              <w:spacing w:after="0"/>
              <w:rPr>
                <w:lang w:val="ru-RU"/>
              </w:rPr>
            </w:pPr>
            <w:r w:rsidRPr="00AA7F7E">
              <w:rPr>
                <w:lang w:val="ru-RU"/>
              </w:rPr>
              <w:br/>
            </w:r>
            <w:r w:rsidRPr="00AA7F7E">
              <w:rPr>
                <w:lang w:val="ru-RU"/>
              </w:rPr>
              <w:br/>
            </w:r>
            <w:r w:rsidRPr="00AA7F7E">
              <w:rPr>
                <w:lang w:val="ru-RU"/>
              </w:rPr>
              <w:br/>
            </w:r>
            <w:r w:rsidRPr="00AA7F7E">
              <w:rPr>
                <w:lang w:val="ru-RU"/>
              </w:rPr>
              <w:br/>
            </w:r>
          </w:p>
        </w:tc>
      </w:tr>
    </w:tbl>
    <w:p w14:paraId="53D2FE5F" w14:textId="77777777" w:rsidR="004711D4" w:rsidRPr="00AA7F7E" w:rsidRDefault="00000000">
      <w:pPr>
        <w:rPr>
          <w:lang w:val="ru-RU"/>
        </w:rPr>
      </w:pPr>
      <w:r w:rsidRPr="00AA7F7E">
        <w:rPr>
          <w:lang w:val="ru-RU"/>
        </w:rPr>
        <w:br w:type="page"/>
      </w:r>
    </w:p>
    <w:p w14:paraId="607567D0" w14:textId="5478DB83" w:rsidR="004711D4" w:rsidRPr="00B10BB8" w:rsidRDefault="00000000" w:rsidP="00B10BB8">
      <w:pPr>
        <w:spacing w:after="60"/>
        <w:jc w:val="center"/>
        <w:rPr>
          <w:b/>
          <w:bCs/>
          <w:color w:val="1F497D" w:themeColor="text2"/>
          <w:sz w:val="26"/>
          <w:szCs w:val="26"/>
          <w:lang w:val="sr-Cyrl-RS"/>
        </w:rPr>
      </w:pPr>
      <w:bookmarkStart w:id="0" w:name="_Hlk241839658"/>
      <w:r w:rsidRPr="00B10BB8">
        <w:rPr>
          <w:b/>
          <w:bCs/>
          <w:color w:val="1F497D" w:themeColor="text2"/>
          <w:sz w:val="26"/>
          <w:szCs w:val="26"/>
          <w:lang w:val="ru-RU"/>
        </w:rPr>
        <w:lastRenderedPageBreak/>
        <w:t>СТУДИЈСКИ ПРОГРАМ Р</w:t>
      </w:r>
      <w:r w:rsidR="00866E1C" w:rsidRPr="00B10BB8">
        <w:rPr>
          <w:b/>
          <w:bCs/>
          <w:color w:val="1F497D" w:themeColor="text2"/>
          <w:sz w:val="26"/>
          <w:szCs w:val="26"/>
          <w:lang w:val="ru-RU"/>
        </w:rPr>
        <w:t>УСКОГ И СРПСКОГ ЈЕЗИКА И КЊИЖЕВНОСТИ</w:t>
      </w:r>
      <w:r w:rsidRPr="00B10BB8">
        <w:rPr>
          <w:b/>
          <w:bCs/>
          <w:color w:val="1F497D" w:themeColor="text2"/>
          <w:sz w:val="26"/>
          <w:szCs w:val="26"/>
          <w:lang w:val="ru-RU"/>
        </w:rPr>
        <w:t xml:space="preserve"> — </w:t>
      </w:r>
      <w:r w:rsidRPr="00B10BB8">
        <w:rPr>
          <w:b/>
          <w:bCs/>
          <w:color w:val="1F497D" w:themeColor="text2"/>
          <w:sz w:val="26"/>
          <w:szCs w:val="26"/>
        </w:rPr>
        <w:t>I</w:t>
      </w:r>
      <w:r w:rsidR="00866E1C" w:rsidRPr="00B10BB8">
        <w:rPr>
          <w:b/>
          <w:bCs/>
          <w:color w:val="1F497D" w:themeColor="text2"/>
          <w:sz w:val="26"/>
          <w:szCs w:val="26"/>
        </w:rPr>
        <w:t>V</w:t>
      </w:r>
      <w:r w:rsidR="00866E1C" w:rsidRPr="00B10BB8">
        <w:rPr>
          <w:b/>
          <w:bCs/>
          <w:color w:val="1F497D" w:themeColor="text2"/>
          <w:sz w:val="26"/>
          <w:szCs w:val="26"/>
          <w:lang w:val="ru-RU"/>
        </w:rPr>
        <w:t xml:space="preserve"> </w:t>
      </w:r>
      <w:r w:rsidR="00866E1C" w:rsidRPr="00B10BB8">
        <w:rPr>
          <w:b/>
          <w:bCs/>
          <w:color w:val="1F497D" w:themeColor="text2"/>
          <w:sz w:val="26"/>
          <w:szCs w:val="26"/>
          <w:lang w:val="sr-Cyrl-RS"/>
        </w:rPr>
        <w:t>ГОДИНА</w:t>
      </w:r>
    </w:p>
    <w:p w14:paraId="131C8695" w14:textId="1266C233" w:rsidR="004711D4" w:rsidRPr="003E130F" w:rsidRDefault="00000000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  <w:r w:rsidRPr="003E130F">
        <w:rPr>
          <w:b/>
          <w:bCs/>
          <w:sz w:val="19"/>
          <w:szCs w:val="19"/>
          <w:lang w:val="ru-RU"/>
        </w:rPr>
        <w:t xml:space="preserve">Распоред часова </w:t>
      </w:r>
      <w:r w:rsidR="003E130F" w:rsidRPr="003E130F">
        <w:rPr>
          <w:b/>
          <w:bCs/>
          <w:sz w:val="19"/>
          <w:szCs w:val="19"/>
          <w:lang w:val="ru-RU"/>
        </w:rPr>
        <w:t>– зимски семестар</w:t>
      </w:r>
      <w:r w:rsidRPr="003E130F">
        <w:rPr>
          <w:b/>
          <w:bCs/>
          <w:sz w:val="19"/>
          <w:szCs w:val="19"/>
          <w:lang w:val="ru-RU"/>
        </w:rPr>
        <w:t xml:space="preserve"> академске 2026/2027. </w:t>
      </w:r>
      <w:r w:rsidR="003E130F">
        <w:rPr>
          <w:b/>
          <w:bCs/>
          <w:sz w:val="19"/>
          <w:szCs w:val="19"/>
          <w:lang w:val="ru-RU"/>
        </w:rPr>
        <w:t>г</w:t>
      </w:r>
      <w:r w:rsidRPr="003E130F">
        <w:rPr>
          <w:b/>
          <w:bCs/>
          <w:sz w:val="19"/>
          <w:szCs w:val="19"/>
          <w:lang w:val="ru-RU"/>
        </w:rPr>
        <w:t>одине</w:t>
      </w:r>
    </w:p>
    <w:bookmarkEnd w:id="0"/>
    <w:p w14:paraId="14B19D0D" w14:textId="77777777" w:rsidR="003E130F" w:rsidRPr="003E130F" w:rsidRDefault="003E130F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22"/>
        <w:gridCol w:w="2822"/>
        <w:gridCol w:w="2822"/>
        <w:gridCol w:w="2822"/>
        <w:gridCol w:w="2822"/>
      </w:tblGrid>
      <w:tr w:rsidR="004711D4" w14:paraId="6E6EE005" w14:textId="77777777">
        <w:trPr>
          <w:tblHeader/>
          <w:jc w:val="center"/>
        </w:trPr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CACF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ПОНЕДЈЕЉАК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684862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УТОРАК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DA1A2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СРИЈЕДА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1E8903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ЧЕТВРТАК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7B04AB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ПЕТАК</w:t>
            </w:r>
          </w:p>
        </w:tc>
      </w:tr>
      <w:tr w:rsidR="007A7E5D" w:rsidRPr="007A7E5D" w14:paraId="51BD6869" w14:textId="77777777">
        <w:trPr>
          <w:trHeight w:val="2665"/>
          <w:jc w:val="center"/>
        </w:trPr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E952018" w14:textId="77777777" w:rsidR="007A7E5D" w:rsidRPr="007A7E5D" w:rsidRDefault="007A7E5D" w:rsidP="007A7E5D">
            <w:pPr>
              <w:spacing w:after="0"/>
              <w:rPr>
                <w:szCs w:val="18"/>
              </w:rPr>
            </w:pPr>
            <w:r w:rsidRPr="007A7E5D">
              <w:rPr>
                <w:szCs w:val="18"/>
              </w:rPr>
              <w:br/>
            </w:r>
            <w:r w:rsidRPr="007A7E5D">
              <w:rPr>
                <w:szCs w:val="18"/>
              </w:rPr>
              <w:br/>
            </w:r>
            <w:r w:rsidRPr="007A7E5D">
              <w:rPr>
                <w:szCs w:val="18"/>
              </w:rPr>
              <w:br/>
            </w:r>
            <w:r w:rsidRPr="007A7E5D">
              <w:rPr>
                <w:szCs w:val="18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FA44321" w14:textId="77777777" w:rsidR="007A7E5D" w:rsidRPr="007A7E5D" w:rsidRDefault="007A7E5D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11.30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13.00</w:t>
            </w:r>
          </w:p>
          <w:p w14:paraId="7BC7D7FF" w14:textId="1B14EEC6" w:rsidR="007A7E5D" w:rsidRDefault="007A7E5D" w:rsidP="007A7E5D">
            <w:pPr>
              <w:spacing w:after="0"/>
              <w:rPr>
                <w:color w:val="000000"/>
                <w:szCs w:val="18"/>
                <w:lang w:val="ru-RU"/>
              </w:rPr>
            </w:pPr>
            <w:r w:rsidRPr="007A7E5D">
              <w:rPr>
                <w:color w:val="000000"/>
                <w:szCs w:val="18"/>
                <w:lang w:val="ru-RU"/>
              </w:rPr>
              <w:t>Руска књижевност 20. вијека 2</w:t>
            </w:r>
            <w:r w:rsidRPr="007A7E5D">
              <w:rPr>
                <w:color w:val="000000"/>
                <w:szCs w:val="18"/>
                <w:lang w:val="ru-RU"/>
              </w:rPr>
              <w:br/>
              <w:t xml:space="preserve">В — </w:t>
            </w:r>
            <w:r w:rsidR="003E38F5">
              <w:rPr>
                <w:color w:val="000000"/>
                <w:szCs w:val="18"/>
                <w:lang w:val="ru-RU"/>
              </w:rPr>
              <w:t xml:space="preserve">мср </w:t>
            </w:r>
            <w:r w:rsidRPr="007A7E5D">
              <w:rPr>
                <w:color w:val="000000"/>
                <w:szCs w:val="18"/>
                <w:lang w:val="ru-RU"/>
              </w:rPr>
              <w:t>Галина-Марија Мићић</w:t>
            </w:r>
            <w:r w:rsidRPr="007A7E5D">
              <w:rPr>
                <w:color w:val="000000"/>
                <w:szCs w:val="18"/>
                <w:lang w:val="ru-RU"/>
              </w:rPr>
              <w:br/>
              <w:t>Учионица 2</w:t>
            </w:r>
          </w:p>
          <w:p w14:paraId="3A7F8AA4" w14:textId="77777777" w:rsidR="00B10BB8" w:rsidRDefault="00B10BB8" w:rsidP="007A7E5D">
            <w:pPr>
              <w:spacing w:after="0"/>
              <w:rPr>
                <w:color w:val="000000"/>
                <w:szCs w:val="18"/>
                <w:lang w:val="ru-RU"/>
              </w:rPr>
            </w:pPr>
          </w:p>
          <w:p w14:paraId="2AE65471" w14:textId="77777777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13.00</w:t>
            </w:r>
            <w:r w:rsidRPr="00B10BB8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14.30</w:t>
            </w:r>
          </w:p>
          <w:p w14:paraId="61423EE0" w14:textId="1EDB73A2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Синтакса српског језика 2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П — проф. др Мијана Кубурић Мацура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</w:r>
            <w:r w:rsid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Учионица 2</w:t>
            </w:r>
          </w:p>
          <w:p w14:paraId="29FD115C" w14:textId="0BB02E12" w:rsidR="00B10BB8" w:rsidRPr="007A7E5D" w:rsidRDefault="00B10BB8" w:rsidP="007A7E5D">
            <w:pPr>
              <w:spacing w:after="0"/>
              <w:rPr>
                <w:szCs w:val="18"/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D377293" w14:textId="2888D6FE" w:rsidR="00722781" w:rsidRDefault="00722781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11.30-12.15</w:t>
            </w:r>
          </w:p>
          <w:p w14:paraId="0B64789F" w14:textId="242E60DF" w:rsidR="00722781" w:rsidRDefault="00722781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000000"/>
                <w:sz w:val="18"/>
                <w:szCs w:val="18"/>
                <w:lang w:val="ru-RU"/>
              </w:rPr>
            </w:pPr>
            <w:r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Синтакса српског језика</w:t>
            </w:r>
          </w:p>
          <w:p w14:paraId="1E1893F9" w14:textId="060D20A6" w:rsidR="00722781" w:rsidRDefault="00722781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000000"/>
                <w:sz w:val="18"/>
                <w:szCs w:val="18"/>
                <w:lang w:val="ru-RU"/>
              </w:rPr>
            </w:pPr>
            <w:r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В – мср Соња Леро Максимовић</w:t>
            </w:r>
          </w:p>
          <w:p w14:paraId="5B917CD6" w14:textId="04DF6EF9" w:rsidR="00722781" w:rsidRPr="00722781" w:rsidRDefault="00722781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000000"/>
                <w:sz w:val="18"/>
                <w:szCs w:val="18"/>
                <w:lang w:val="ru-RU"/>
              </w:rPr>
            </w:pPr>
            <w:r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Учионица 2</w:t>
            </w:r>
          </w:p>
          <w:p w14:paraId="43B785BA" w14:textId="77777777" w:rsidR="00722781" w:rsidRDefault="00722781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</w:pPr>
          </w:p>
          <w:p w14:paraId="2D8CF20D" w14:textId="633357AD" w:rsidR="007A7E5D" w:rsidRPr="007A7E5D" w:rsidRDefault="007A7E5D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13.00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14.30</w:t>
            </w:r>
          </w:p>
          <w:p w14:paraId="2F8073DF" w14:textId="77777777" w:rsidR="007A7E5D" w:rsidRDefault="007A7E5D" w:rsidP="007A7E5D">
            <w:pPr>
              <w:spacing w:after="0"/>
              <w:rPr>
                <w:color w:val="000000"/>
                <w:szCs w:val="18"/>
                <w:lang w:val="ru-RU"/>
              </w:rPr>
            </w:pPr>
            <w:r w:rsidRPr="007A7E5D">
              <w:rPr>
                <w:color w:val="000000"/>
                <w:szCs w:val="18"/>
                <w:lang w:val="ru-RU"/>
              </w:rPr>
              <w:t>Синтакса руског језика 2</w:t>
            </w:r>
            <w:r w:rsidRPr="007A7E5D">
              <w:rPr>
                <w:color w:val="000000"/>
                <w:szCs w:val="18"/>
                <w:lang w:val="ru-RU"/>
              </w:rPr>
              <w:br/>
              <w:t>В — Наташа Кецман</w:t>
            </w:r>
            <w:r w:rsidRPr="007A7E5D">
              <w:rPr>
                <w:color w:val="000000"/>
                <w:szCs w:val="18"/>
                <w:lang w:val="ru-RU"/>
              </w:rPr>
              <w:br/>
              <w:t>Учионица 9</w:t>
            </w:r>
          </w:p>
          <w:p w14:paraId="4548CDB7" w14:textId="77777777" w:rsidR="00B10BB8" w:rsidRDefault="00B10BB8" w:rsidP="007A7E5D">
            <w:pPr>
              <w:spacing w:after="0"/>
              <w:rPr>
                <w:color w:val="000000"/>
                <w:szCs w:val="18"/>
                <w:lang w:val="ru-RU"/>
              </w:rPr>
            </w:pPr>
          </w:p>
          <w:p w14:paraId="1D38373C" w14:textId="77777777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15.00</w:t>
            </w:r>
            <w:r w:rsidRPr="00B10BB8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16.30</w:t>
            </w:r>
          </w:p>
          <w:p w14:paraId="10ABCB4C" w14:textId="147AFD03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Савремени руски језик 7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 xml:space="preserve">В — </w:t>
            </w:r>
            <w:r w:rsidR="003E38F5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 xml:space="preserve">мср 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Галина-Марија Мићић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Читаоница</w:t>
            </w:r>
          </w:p>
          <w:p w14:paraId="6C8FCBB0" w14:textId="132E96CC" w:rsidR="00B10BB8" w:rsidRPr="007A7E5D" w:rsidRDefault="00B10BB8" w:rsidP="007A7E5D">
            <w:pPr>
              <w:spacing w:after="0"/>
              <w:rPr>
                <w:szCs w:val="18"/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31AD24C" w14:textId="77777777" w:rsidR="007A7E5D" w:rsidRPr="007A7E5D" w:rsidRDefault="007A7E5D" w:rsidP="007A7E5D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11.30</w:t>
            </w:r>
            <w:r w:rsidRPr="007A7E5D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7A7E5D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13.00</w:t>
            </w:r>
          </w:p>
          <w:p w14:paraId="06F78DE4" w14:textId="77777777" w:rsidR="007A7E5D" w:rsidRDefault="007A7E5D" w:rsidP="007A7E5D">
            <w:pPr>
              <w:spacing w:after="0"/>
              <w:rPr>
                <w:color w:val="000000"/>
                <w:szCs w:val="18"/>
                <w:lang w:val="ru-RU"/>
              </w:rPr>
            </w:pPr>
            <w:r w:rsidRPr="007A7E5D">
              <w:rPr>
                <w:color w:val="000000"/>
                <w:szCs w:val="18"/>
                <w:lang w:val="ru-RU"/>
              </w:rPr>
              <w:t>Савремени руски језик 7</w:t>
            </w:r>
            <w:r w:rsidRPr="007A7E5D">
              <w:rPr>
                <w:color w:val="000000"/>
                <w:szCs w:val="18"/>
                <w:lang w:val="ru-RU"/>
              </w:rPr>
              <w:br/>
              <w:t>В — мср Наталја Милаковић</w:t>
            </w:r>
            <w:r w:rsidRPr="007A7E5D">
              <w:rPr>
                <w:color w:val="000000"/>
                <w:szCs w:val="18"/>
                <w:lang w:val="ru-RU"/>
              </w:rPr>
              <w:br/>
              <w:t>Руски центар</w:t>
            </w:r>
          </w:p>
          <w:p w14:paraId="5C61F5D6" w14:textId="77777777" w:rsidR="00B10BB8" w:rsidRDefault="00B10BB8" w:rsidP="007A7E5D">
            <w:pPr>
              <w:spacing w:after="0"/>
              <w:rPr>
                <w:color w:val="000000"/>
                <w:szCs w:val="18"/>
                <w:lang w:val="ru-RU"/>
              </w:rPr>
            </w:pPr>
          </w:p>
          <w:p w14:paraId="663A43E4" w14:textId="77777777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b/>
                <w:bCs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13.30</w:t>
            </w:r>
            <w:r w:rsidRPr="00B10BB8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:lang w:val="ru-RU"/>
              </w:rPr>
              <w:t>–</w:t>
            </w:r>
            <w:r w:rsidRPr="00B10BB8">
              <w:rPr>
                <w:rFonts w:ascii="Aptos" w:hAnsi="Aptos"/>
                <w:b/>
                <w:bCs/>
                <w:color w:val="000000"/>
                <w:sz w:val="18"/>
                <w:szCs w:val="18"/>
                <w:lang w:val="ru-RU"/>
              </w:rPr>
              <w:t>15.00</w:t>
            </w:r>
          </w:p>
          <w:p w14:paraId="644B68ED" w14:textId="77777777" w:rsidR="00B10BB8" w:rsidRPr="00B10BB8" w:rsidRDefault="00B10BB8" w:rsidP="00B10BB8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t>Савремени руски језик 7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В — Наташа Кецман</w:t>
            </w:r>
            <w:r w:rsidRPr="00B10BB8">
              <w:rPr>
                <w:rFonts w:ascii="Aptos" w:hAnsi="Aptos"/>
                <w:color w:val="000000"/>
                <w:sz w:val="18"/>
                <w:szCs w:val="18"/>
                <w:lang w:val="ru-RU"/>
              </w:rPr>
              <w:br/>
              <w:t>Учионица 2</w:t>
            </w:r>
          </w:p>
          <w:p w14:paraId="638613E6" w14:textId="77027683" w:rsidR="00B10BB8" w:rsidRPr="007A7E5D" w:rsidRDefault="00B10BB8" w:rsidP="007A7E5D">
            <w:pPr>
              <w:spacing w:after="0"/>
              <w:rPr>
                <w:szCs w:val="18"/>
                <w:lang w:val="ru-RU"/>
              </w:rPr>
            </w:pP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9B64D3A" w14:textId="77777777" w:rsidR="007A7E5D" w:rsidRPr="007A7E5D" w:rsidRDefault="007A7E5D" w:rsidP="007A7E5D">
            <w:pPr>
              <w:spacing w:after="0"/>
              <w:rPr>
                <w:lang w:val="ru-RU"/>
              </w:rPr>
            </w:pPr>
            <w:r w:rsidRPr="007A7E5D">
              <w:rPr>
                <w:lang w:val="ru-RU"/>
              </w:rPr>
              <w:br/>
            </w:r>
            <w:r w:rsidRPr="007A7E5D">
              <w:rPr>
                <w:lang w:val="ru-RU"/>
              </w:rPr>
              <w:br/>
            </w:r>
            <w:r w:rsidRPr="007A7E5D">
              <w:rPr>
                <w:lang w:val="ru-RU"/>
              </w:rPr>
              <w:br/>
            </w:r>
            <w:r w:rsidRPr="007A7E5D">
              <w:rPr>
                <w:lang w:val="ru-RU"/>
              </w:rPr>
              <w:br/>
            </w:r>
          </w:p>
        </w:tc>
      </w:tr>
    </w:tbl>
    <w:p w14:paraId="6A5B62C7" w14:textId="77777777" w:rsidR="004711D4" w:rsidRPr="007A7E5D" w:rsidRDefault="00000000">
      <w:pPr>
        <w:rPr>
          <w:lang w:val="ru-RU"/>
        </w:rPr>
      </w:pPr>
      <w:r w:rsidRPr="007A7E5D">
        <w:rPr>
          <w:lang w:val="ru-RU"/>
        </w:rPr>
        <w:br w:type="page"/>
      </w:r>
    </w:p>
    <w:p w14:paraId="3E52231A" w14:textId="4A6A841F" w:rsidR="003E130F" w:rsidRPr="003E130F" w:rsidRDefault="003E130F" w:rsidP="00DE26F0">
      <w:pPr>
        <w:spacing w:after="60"/>
        <w:jc w:val="center"/>
        <w:rPr>
          <w:b/>
          <w:bCs/>
          <w:color w:val="1F497D" w:themeColor="text2"/>
          <w:sz w:val="26"/>
          <w:szCs w:val="26"/>
          <w:lang w:val="sr-Cyrl-RS"/>
        </w:rPr>
      </w:pPr>
      <w:r w:rsidRPr="00B10BB8">
        <w:rPr>
          <w:b/>
          <w:bCs/>
          <w:color w:val="1F497D" w:themeColor="text2"/>
          <w:sz w:val="26"/>
          <w:szCs w:val="26"/>
          <w:lang w:val="ru-RU"/>
        </w:rPr>
        <w:lastRenderedPageBreak/>
        <w:t xml:space="preserve">СТУДИЈСКИ ПРОГРАМ РУСКОГ И СРПСКОГ ЈЕЗИКА И КЊИЖЕВНОСТИ — </w:t>
      </w:r>
      <w:r>
        <w:rPr>
          <w:b/>
          <w:bCs/>
          <w:color w:val="1F497D" w:themeColor="text2"/>
          <w:sz w:val="26"/>
          <w:szCs w:val="26"/>
          <w:lang w:val="sr-Cyrl-RS"/>
        </w:rPr>
        <w:t>УЧИОНИЦА 2</w:t>
      </w:r>
    </w:p>
    <w:p w14:paraId="70196160" w14:textId="77777777" w:rsidR="003E130F" w:rsidRPr="003E130F" w:rsidRDefault="003E130F" w:rsidP="003E130F">
      <w:pPr>
        <w:spacing w:after="160"/>
        <w:jc w:val="center"/>
        <w:rPr>
          <w:b/>
          <w:bCs/>
          <w:sz w:val="19"/>
          <w:szCs w:val="19"/>
          <w:lang w:val="ru-RU"/>
        </w:rPr>
      </w:pPr>
      <w:r w:rsidRPr="003E130F">
        <w:rPr>
          <w:b/>
          <w:bCs/>
          <w:sz w:val="19"/>
          <w:szCs w:val="19"/>
          <w:lang w:val="ru-RU"/>
        </w:rPr>
        <w:t xml:space="preserve">Распоред часова – зимски семестар академске 2026/2027. </w:t>
      </w:r>
      <w:r>
        <w:rPr>
          <w:b/>
          <w:bCs/>
          <w:sz w:val="19"/>
          <w:szCs w:val="19"/>
          <w:lang w:val="ru-RU"/>
        </w:rPr>
        <w:t>г</w:t>
      </w:r>
      <w:r w:rsidRPr="003E130F">
        <w:rPr>
          <w:b/>
          <w:bCs/>
          <w:sz w:val="19"/>
          <w:szCs w:val="19"/>
          <w:lang w:val="ru-RU"/>
        </w:rPr>
        <w:t>одине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22"/>
        <w:gridCol w:w="2822"/>
        <w:gridCol w:w="2822"/>
        <w:gridCol w:w="2822"/>
        <w:gridCol w:w="2822"/>
      </w:tblGrid>
      <w:tr w:rsidR="004711D4" w14:paraId="1164D7CF" w14:textId="77777777">
        <w:trPr>
          <w:tblHeader/>
          <w:jc w:val="center"/>
        </w:trPr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E8A2A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ПОНЕДЈЕЉАК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752A4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УТОРАК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9A07D6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СРИЈЕДА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2B87AB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ЧЕТВРТАК</w:t>
            </w:r>
          </w:p>
        </w:tc>
        <w:tc>
          <w:tcPr>
            <w:tcW w:w="2822" w:type="dxa"/>
            <w:shd w:val="clear" w:color="auto" w:fill="2E5B8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006664" w14:textId="77777777" w:rsidR="004711D4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ПЕТАК</w:t>
            </w:r>
          </w:p>
        </w:tc>
      </w:tr>
      <w:tr w:rsidR="004711D4" w:rsidRPr="00E8496C" w14:paraId="4050B0B9" w14:textId="77777777">
        <w:trPr>
          <w:trHeight w:val="2665"/>
          <w:jc w:val="center"/>
        </w:trPr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291974E" w14:textId="77777777" w:rsidR="00722781" w:rsidRDefault="00E8496C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ru-RU"/>
              </w:rPr>
            </w:pP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  <w:lang w:val="ru-RU"/>
              </w:rPr>
              <w:t>11:45–13:15</w:t>
            </w: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 xml:space="preserve">Српска књижевност 20. вијека 1 </w:t>
            </w:r>
          </w:p>
          <w:p w14:paraId="00521703" w14:textId="77777777" w:rsidR="00722781" w:rsidRDefault="00E8496C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ru-RU"/>
              </w:rPr>
            </w:pP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В — доц. др Андреја Марић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  <w:lang w:val="ru-RU"/>
              </w:rPr>
              <w:t>13:15–15:30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  <w:t>Руски језик 1</w:t>
            </w:r>
          </w:p>
          <w:p w14:paraId="3337CF49" w14:textId="77777777" w:rsidR="00722781" w:rsidRDefault="00E8496C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ru-RU"/>
              </w:rPr>
            </w:pP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П+В — проф. др Биљана Марић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  <w:lang w:val="ru-RU"/>
              </w:rPr>
              <w:t>15:30–16:15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  <w:t xml:space="preserve">Историја српског језика 1 </w:t>
            </w:r>
          </w:p>
          <w:p w14:paraId="478A828E" w14:textId="27BF6624" w:rsidR="00722781" w:rsidRDefault="00E8496C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ru-RU"/>
              </w:rPr>
            </w:pP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 xml:space="preserve">В — </w:t>
            </w:r>
            <w:r w:rsidR="00722781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 xml:space="preserve">др 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В</w:t>
            </w:r>
            <w:r w:rsidR="00722781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ера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 xml:space="preserve"> Берак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</w: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  <w:lang w:val="ru-RU"/>
              </w:rPr>
              <w:t>16:15–17:45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br/>
              <w:t xml:space="preserve">Старословенски језик 1 </w:t>
            </w:r>
          </w:p>
          <w:p w14:paraId="11D150A2" w14:textId="214F1B74" w:rsidR="00E8496C" w:rsidRPr="00E8496C" w:rsidRDefault="00E8496C" w:rsidP="00E8496C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В — В</w:t>
            </w:r>
            <w:r w:rsidR="00722781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>ера</w:t>
            </w:r>
            <w:r w:rsidRPr="00E8496C">
              <w:rPr>
                <w:rFonts w:ascii="Aptos" w:hAnsi="Aptos"/>
                <w:color w:val="1F1F1F"/>
                <w:sz w:val="18"/>
                <w:szCs w:val="18"/>
                <w:lang w:val="ru-RU"/>
              </w:rPr>
              <w:t xml:space="preserve"> Берак</w:t>
            </w:r>
          </w:p>
          <w:p w14:paraId="056B95DB" w14:textId="77777777" w:rsidR="00E8496C" w:rsidRDefault="00E8496C">
            <w:pPr>
              <w:spacing w:after="0"/>
              <w:rPr>
                <w:szCs w:val="18"/>
                <w:lang w:val="ru-RU"/>
              </w:rPr>
            </w:pPr>
          </w:p>
          <w:p w14:paraId="138ED2AF" w14:textId="77777777" w:rsidR="00E8496C" w:rsidRPr="00E8496C" w:rsidRDefault="00E8496C">
            <w:pPr>
              <w:spacing w:after="0"/>
              <w:rPr>
                <w:b/>
                <w:bCs/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18:00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–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19.30</w:t>
            </w:r>
          </w:p>
          <w:p w14:paraId="4092AC0A" w14:textId="77777777" w:rsidR="00E8496C" w:rsidRDefault="00E8496C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Курс руског језика</w:t>
            </w:r>
          </w:p>
          <w:p w14:paraId="64B7CCA1" w14:textId="34432010" w:rsidR="004711D4" w:rsidRPr="00E8496C" w:rsidRDefault="00E8496C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Ан</w:t>
            </w:r>
            <w:r w:rsidR="00B01991">
              <w:rPr>
                <w:szCs w:val="18"/>
                <w:lang w:val="ru-RU"/>
              </w:rPr>
              <w:t>тонина Алексахина</w:t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706C6C4" w14:textId="7FDF61CF" w:rsidR="00E8496C" w:rsidRPr="00E8496C" w:rsidRDefault="00E8496C" w:rsidP="00E8496C">
            <w:pPr>
              <w:spacing w:after="0"/>
              <w:rPr>
                <w:b/>
                <w:bCs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11:</w:t>
            </w:r>
            <w:r w:rsidR="00722781">
              <w:rPr>
                <w:b/>
                <w:bCs/>
                <w:szCs w:val="18"/>
                <w:lang w:val="ru-RU"/>
              </w:rPr>
              <w:t>3</w:t>
            </w:r>
            <w:r w:rsidRPr="00E8496C">
              <w:rPr>
                <w:b/>
                <w:bCs/>
                <w:szCs w:val="18"/>
                <w:lang w:val="ru-RU"/>
              </w:rPr>
              <w:t>0–1</w:t>
            </w:r>
            <w:r w:rsidR="00722781">
              <w:rPr>
                <w:b/>
                <w:bCs/>
                <w:szCs w:val="18"/>
                <w:lang w:val="ru-RU"/>
              </w:rPr>
              <w:t>3</w:t>
            </w:r>
            <w:r w:rsidRPr="00E8496C">
              <w:rPr>
                <w:b/>
                <w:bCs/>
                <w:szCs w:val="18"/>
                <w:lang w:val="ru-RU"/>
              </w:rPr>
              <w:t>:</w:t>
            </w:r>
            <w:r w:rsidR="00722781">
              <w:rPr>
                <w:b/>
                <w:bCs/>
                <w:szCs w:val="18"/>
                <w:lang w:val="ru-RU"/>
              </w:rPr>
              <w:t>0</w:t>
            </w:r>
            <w:r w:rsidRPr="00E8496C">
              <w:rPr>
                <w:b/>
                <w:bCs/>
                <w:szCs w:val="18"/>
                <w:lang w:val="ru-RU"/>
              </w:rPr>
              <w:t>0</w:t>
            </w:r>
          </w:p>
          <w:p w14:paraId="3A04411E" w14:textId="72DD04AF" w:rsidR="00E8496C" w:rsidRPr="00E8496C" w:rsidRDefault="00E8496C" w:rsidP="00E8496C">
            <w:pPr>
              <w:spacing w:after="0"/>
              <w:rPr>
                <w:szCs w:val="18"/>
                <w:lang w:val="ru-RU"/>
              </w:rPr>
            </w:pPr>
            <w:r w:rsidRPr="00E8496C">
              <w:rPr>
                <w:szCs w:val="18"/>
                <w:lang w:val="ru-RU"/>
              </w:rPr>
              <w:t>Руска књижевност 20. вијека 2 В — Галина-Марија Мићић</w:t>
            </w:r>
          </w:p>
          <w:p w14:paraId="50430120" w14:textId="77777777" w:rsidR="00E8496C" w:rsidRPr="00E8496C" w:rsidRDefault="00E8496C" w:rsidP="00E8496C">
            <w:pPr>
              <w:spacing w:after="0"/>
              <w:rPr>
                <w:szCs w:val="18"/>
                <w:lang w:val="ru-RU"/>
              </w:rPr>
            </w:pPr>
          </w:p>
          <w:p w14:paraId="358F11AD" w14:textId="77777777" w:rsidR="00E8496C" w:rsidRPr="00E8496C" w:rsidRDefault="00E8496C" w:rsidP="00E8496C">
            <w:pPr>
              <w:spacing w:after="0"/>
              <w:rPr>
                <w:b/>
                <w:bCs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13:00–14:30</w:t>
            </w:r>
          </w:p>
          <w:p w14:paraId="6ADB6B66" w14:textId="77777777" w:rsidR="00722781" w:rsidRDefault="00E8496C" w:rsidP="00E8496C">
            <w:pPr>
              <w:spacing w:after="0"/>
              <w:rPr>
                <w:szCs w:val="18"/>
                <w:lang w:val="ru-RU"/>
              </w:rPr>
            </w:pPr>
            <w:r w:rsidRPr="00E8496C">
              <w:rPr>
                <w:szCs w:val="18"/>
                <w:lang w:val="ru-RU"/>
              </w:rPr>
              <w:t>Синтакса српског језика 2</w:t>
            </w:r>
          </w:p>
          <w:p w14:paraId="4CA5E6A6" w14:textId="00EEF937" w:rsidR="00E8496C" w:rsidRPr="00E8496C" w:rsidRDefault="00E8496C" w:rsidP="00E8496C">
            <w:pPr>
              <w:spacing w:after="0"/>
              <w:rPr>
                <w:szCs w:val="18"/>
                <w:lang w:val="ru-RU"/>
              </w:rPr>
            </w:pPr>
            <w:r w:rsidRPr="00E8496C">
              <w:rPr>
                <w:szCs w:val="18"/>
                <w:lang w:val="ru-RU"/>
              </w:rPr>
              <w:t>П — проф. др Мијана Кубурић Мацура</w:t>
            </w:r>
          </w:p>
          <w:p w14:paraId="138E4F1D" w14:textId="77777777" w:rsidR="00E8496C" w:rsidRPr="00E8496C" w:rsidRDefault="00E8496C" w:rsidP="00E8496C">
            <w:pPr>
              <w:spacing w:after="0"/>
              <w:rPr>
                <w:szCs w:val="18"/>
                <w:lang w:val="ru-RU"/>
              </w:rPr>
            </w:pPr>
          </w:p>
          <w:p w14:paraId="557DD916" w14:textId="77777777" w:rsidR="00E8496C" w:rsidRPr="00E8496C" w:rsidRDefault="00E8496C" w:rsidP="00E8496C">
            <w:pPr>
              <w:spacing w:after="0"/>
              <w:rPr>
                <w:b/>
                <w:bCs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14:30–16:45</w:t>
            </w:r>
          </w:p>
          <w:p w14:paraId="30A2209B" w14:textId="77777777" w:rsidR="00722781" w:rsidRDefault="00E8496C" w:rsidP="00E8496C">
            <w:pPr>
              <w:spacing w:after="0"/>
              <w:rPr>
                <w:szCs w:val="18"/>
                <w:lang w:val="ru-RU"/>
              </w:rPr>
            </w:pPr>
            <w:r w:rsidRPr="00E8496C">
              <w:rPr>
                <w:szCs w:val="18"/>
                <w:lang w:val="ru-RU"/>
              </w:rPr>
              <w:t>Морфологија српског језика</w:t>
            </w:r>
          </w:p>
          <w:p w14:paraId="70102493" w14:textId="1E57FD6E" w:rsidR="00B01991" w:rsidRDefault="00E8496C" w:rsidP="00E8496C">
            <w:pPr>
              <w:spacing w:after="0"/>
              <w:rPr>
                <w:szCs w:val="18"/>
                <w:lang w:val="ru-RU"/>
              </w:rPr>
            </w:pPr>
            <w:r w:rsidRPr="00E8496C">
              <w:rPr>
                <w:szCs w:val="18"/>
                <w:lang w:val="ru-RU"/>
              </w:rPr>
              <w:t>П — доц. др Горан Милашин</w:t>
            </w:r>
          </w:p>
          <w:p w14:paraId="6D4779B5" w14:textId="77777777" w:rsidR="00B01991" w:rsidRDefault="00B01991" w:rsidP="00E8496C">
            <w:pPr>
              <w:spacing w:after="0"/>
              <w:rPr>
                <w:szCs w:val="18"/>
                <w:lang w:val="ru-RU"/>
              </w:rPr>
            </w:pPr>
          </w:p>
          <w:p w14:paraId="6A14F51C" w14:textId="77777777" w:rsidR="00B01991" w:rsidRPr="00E8496C" w:rsidRDefault="00B01991" w:rsidP="00B01991">
            <w:pPr>
              <w:spacing w:after="0"/>
              <w:rPr>
                <w:b/>
                <w:bCs/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18:00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–19.30</w:t>
            </w:r>
          </w:p>
          <w:p w14:paraId="410C23CA" w14:textId="77777777" w:rsidR="00B01991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Курс руског језика</w:t>
            </w:r>
          </w:p>
          <w:p w14:paraId="7A3231AC" w14:textId="09C5D673" w:rsidR="004711D4" w:rsidRPr="00E8496C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Антонина Алексахина</w:t>
            </w:r>
            <w:r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4FB055C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color w:val="1F1F1F"/>
                <w:szCs w:val="18"/>
                <w:lang w:val="ru-RU"/>
              </w:rPr>
              <w:t>09:30–11:00</w:t>
            </w:r>
            <w:r w:rsidRPr="00E8496C">
              <w:rPr>
                <w:color w:val="1F1F1F"/>
                <w:szCs w:val="18"/>
                <w:lang w:val="ru-RU"/>
              </w:rPr>
              <w:br/>
              <w:t>Српска књижевност 20. вијека 1</w:t>
            </w:r>
          </w:p>
          <w:p w14:paraId="37187AE7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П — проф. др Ранко Поповић</w:t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11:30–12:15</w:t>
            </w:r>
            <w:r w:rsidRPr="00E8496C">
              <w:rPr>
                <w:color w:val="1F1F1F"/>
                <w:szCs w:val="18"/>
                <w:lang w:val="ru-RU"/>
              </w:rPr>
              <w:br/>
              <w:t>Синтакса српског језика 2</w:t>
            </w:r>
          </w:p>
          <w:p w14:paraId="709B1F27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В — С. Леро Максимовић</w:t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12:15–13:45</w:t>
            </w:r>
            <w:r w:rsidRPr="00E8496C">
              <w:rPr>
                <w:color w:val="1F1F1F"/>
                <w:szCs w:val="18"/>
                <w:lang w:val="ru-RU"/>
              </w:rPr>
              <w:br/>
              <w:t xml:space="preserve">Историја српске културе </w:t>
            </w:r>
          </w:p>
          <w:p w14:paraId="46E7036F" w14:textId="77777777" w:rsidR="00722781" w:rsidRDefault="00722781">
            <w:pPr>
              <w:spacing w:after="0"/>
              <w:rPr>
                <w:color w:val="1F1F1F"/>
                <w:szCs w:val="18"/>
                <w:lang w:val="ru-RU"/>
              </w:rPr>
            </w:pPr>
            <w:r>
              <w:rPr>
                <w:color w:val="1F1F1F"/>
                <w:szCs w:val="18"/>
                <w:lang w:val="ru-RU"/>
              </w:rPr>
              <w:t xml:space="preserve">П </w:t>
            </w:r>
            <w:r w:rsidR="00E8496C" w:rsidRPr="00E8496C">
              <w:rPr>
                <w:color w:val="1F1F1F"/>
                <w:szCs w:val="18"/>
                <w:lang w:val="ru-RU"/>
              </w:rPr>
              <w:t>— проф. др Славица Васиљевић Илић</w:t>
            </w:r>
            <w:r w:rsidR="00E8496C" w:rsidRPr="00E8496C">
              <w:rPr>
                <w:color w:val="1F1F1F"/>
                <w:szCs w:val="18"/>
                <w:lang w:val="ru-RU"/>
              </w:rPr>
              <w:br/>
            </w:r>
            <w:r w:rsidR="00E8496C" w:rsidRPr="00E8496C">
              <w:rPr>
                <w:color w:val="1F1F1F"/>
                <w:szCs w:val="18"/>
                <w:lang w:val="ru-RU"/>
              </w:rPr>
              <w:br/>
            </w:r>
            <w:r w:rsidR="00E8496C" w:rsidRPr="00E8496C">
              <w:rPr>
                <w:b/>
                <w:bCs/>
                <w:color w:val="1F1F1F"/>
                <w:szCs w:val="18"/>
                <w:lang w:val="ru-RU"/>
              </w:rPr>
              <w:t>14:00–15:30</w:t>
            </w:r>
            <w:r w:rsidR="00E8496C" w:rsidRPr="00E8496C">
              <w:rPr>
                <w:color w:val="1F1F1F"/>
                <w:szCs w:val="18"/>
                <w:lang w:val="ru-RU"/>
              </w:rPr>
              <w:br/>
              <w:t>Морфологија српског језика</w:t>
            </w:r>
          </w:p>
          <w:p w14:paraId="7D5794BA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В — доц. др Горан Милашин</w:t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15:30–17:00</w:t>
            </w:r>
            <w:r w:rsidRPr="00E8496C">
              <w:rPr>
                <w:color w:val="1F1F1F"/>
                <w:szCs w:val="18"/>
                <w:lang w:val="ru-RU"/>
              </w:rPr>
              <w:br/>
              <w:t>Синтакса руског језика 2</w:t>
            </w:r>
          </w:p>
          <w:p w14:paraId="4DAC124D" w14:textId="78C37475" w:rsidR="00B0199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В — Наташа Кецман</w:t>
            </w:r>
          </w:p>
          <w:p w14:paraId="038BA858" w14:textId="77777777" w:rsidR="00B01991" w:rsidRDefault="00B01991">
            <w:pPr>
              <w:spacing w:after="0"/>
              <w:rPr>
                <w:color w:val="1F1F1F"/>
                <w:szCs w:val="18"/>
                <w:lang w:val="ru-RU"/>
              </w:rPr>
            </w:pPr>
          </w:p>
          <w:p w14:paraId="5DCA5338" w14:textId="77777777" w:rsidR="00B01991" w:rsidRPr="00E8496C" w:rsidRDefault="00B01991" w:rsidP="00B01991">
            <w:pPr>
              <w:spacing w:after="0"/>
              <w:rPr>
                <w:b/>
                <w:bCs/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18:00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–19.30</w:t>
            </w:r>
          </w:p>
          <w:p w14:paraId="35E76D20" w14:textId="77777777" w:rsidR="00B01991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Курс руског језика</w:t>
            </w:r>
          </w:p>
          <w:p w14:paraId="72A896FB" w14:textId="0A52400B" w:rsidR="004711D4" w:rsidRPr="00E8496C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Антонина Алексахина</w:t>
            </w:r>
            <w:r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D0AA57B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color w:val="1F1F1F"/>
                <w:szCs w:val="18"/>
                <w:lang w:val="ru-RU"/>
              </w:rPr>
              <w:t>11:15–12:45</w:t>
            </w:r>
            <w:r w:rsidRPr="00E8496C">
              <w:rPr>
                <w:color w:val="1F1F1F"/>
                <w:szCs w:val="18"/>
                <w:lang w:val="ru-RU"/>
              </w:rPr>
              <w:br/>
              <w:t>Српска књижевност 19. вијека 1</w:t>
            </w:r>
          </w:p>
          <w:p w14:paraId="0725983C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П — проф. др Младенко Саџак</w:t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13:30–15:00</w:t>
            </w:r>
            <w:r w:rsidRPr="00E8496C">
              <w:rPr>
                <w:color w:val="1F1F1F"/>
                <w:szCs w:val="18"/>
                <w:lang w:val="ru-RU"/>
              </w:rPr>
              <w:br/>
              <w:t>Савремени руски језик 3</w:t>
            </w:r>
          </w:p>
          <w:p w14:paraId="57643467" w14:textId="77777777" w:rsidR="0072278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В — Наташа Кецман</w:t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color w:val="1F1F1F"/>
                <w:szCs w:val="18"/>
                <w:lang w:val="ru-RU"/>
              </w:rPr>
              <w:br/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15:00–16:30</w:t>
            </w:r>
            <w:r w:rsidRPr="00E8496C">
              <w:rPr>
                <w:color w:val="1F1F1F"/>
                <w:szCs w:val="18"/>
                <w:lang w:val="ru-RU"/>
              </w:rPr>
              <w:br/>
              <w:t>Морфологија 2</w:t>
            </w:r>
          </w:p>
          <w:p w14:paraId="22152303" w14:textId="093528A0" w:rsidR="00B01991" w:rsidRDefault="00E8496C">
            <w:pPr>
              <w:spacing w:after="0"/>
              <w:rPr>
                <w:color w:val="1F1F1F"/>
                <w:szCs w:val="18"/>
                <w:lang w:val="ru-RU"/>
              </w:rPr>
            </w:pPr>
            <w:r w:rsidRPr="00E8496C">
              <w:rPr>
                <w:color w:val="1F1F1F"/>
                <w:szCs w:val="18"/>
                <w:lang w:val="ru-RU"/>
              </w:rPr>
              <w:t>В — Наташа Кецман</w:t>
            </w:r>
          </w:p>
          <w:p w14:paraId="622CD999" w14:textId="77777777" w:rsidR="00B01991" w:rsidRDefault="00B01991">
            <w:pPr>
              <w:spacing w:after="0"/>
              <w:rPr>
                <w:color w:val="1F1F1F"/>
                <w:szCs w:val="18"/>
                <w:lang w:val="ru-RU"/>
              </w:rPr>
            </w:pPr>
          </w:p>
          <w:p w14:paraId="6DA4AA35" w14:textId="77777777" w:rsidR="00B01991" w:rsidRPr="00E8496C" w:rsidRDefault="00B01991" w:rsidP="00B01991">
            <w:pPr>
              <w:spacing w:after="0"/>
              <w:rPr>
                <w:b/>
                <w:bCs/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18:00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–19.30</w:t>
            </w:r>
          </w:p>
          <w:p w14:paraId="6122951C" w14:textId="77777777" w:rsidR="00B01991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Курс руског језика</w:t>
            </w:r>
          </w:p>
          <w:p w14:paraId="48B512FE" w14:textId="06BF35B5" w:rsidR="004711D4" w:rsidRPr="00E8496C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Антонина Алексахина</w:t>
            </w:r>
            <w:r w:rsidRPr="00E8496C">
              <w:rPr>
                <w:szCs w:val="18"/>
                <w:lang w:val="ru-RU"/>
              </w:rPr>
              <w:br/>
            </w:r>
            <w:r w:rsidR="00E8496C" w:rsidRPr="00E8496C">
              <w:rPr>
                <w:color w:val="1F1F1F"/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  <w:r w:rsidR="00000000" w:rsidRPr="00E8496C">
              <w:rPr>
                <w:szCs w:val="18"/>
                <w:lang w:val="ru-RU"/>
              </w:rPr>
              <w:br/>
            </w:r>
          </w:p>
        </w:tc>
        <w:tc>
          <w:tcPr>
            <w:tcW w:w="2822" w:type="dxa"/>
            <w:shd w:val="clear" w:color="auto" w:fill="F7F9F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7F97075" w14:textId="77777777" w:rsidR="00E8496C" w:rsidRDefault="00E8496C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sr-Cyrl-RS"/>
              </w:rPr>
            </w:pPr>
            <w:r w:rsidRPr="00E8496C">
              <w:rPr>
                <w:rFonts w:ascii="Aptos" w:hAnsi="Aptos"/>
                <w:b/>
                <w:bCs/>
                <w:color w:val="1F1F1F"/>
                <w:sz w:val="18"/>
                <w:szCs w:val="18"/>
              </w:rPr>
              <w:t>11:00–12:30</w:t>
            </w:r>
            <w:r w:rsidRPr="00E8496C">
              <w:rPr>
                <w:rFonts w:ascii="Aptos" w:hAnsi="Aptos"/>
                <w:color w:val="1F1F1F"/>
                <w:sz w:val="18"/>
                <w:szCs w:val="18"/>
              </w:rPr>
              <w:br/>
              <w:t>Англисти</w:t>
            </w:r>
          </w:p>
          <w:p w14:paraId="624F168B" w14:textId="77777777" w:rsidR="00B01991" w:rsidRDefault="00B01991" w:rsidP="00E8496C">
            <w:pPr>
              <w:pStyle w:val="NormalWeb"/>
              <w:spacing w:before="0" w:beforeAutospacing="0" w:after="0" w:afterAutospacing="0"/>
              <w:rPr>
                <w:rFonts w:ascii="Aptos" w:hAnsi="Aptos"/>
                <w:color w:val="1F1F1F"/>
                <w:sz w:val="18"/>
                <w:szCs w:val="18"/>
                <w:lang w:val="sr-Cyrl-RS"/>
              </w:rPr>
            </w:pPr>
          </w:p>
          <w:p w14:paraId="190D8FD3" w14:textId="77777777" w:rsidR="00B01991" w:rsidRPr="00E8496C" w:rsidRDefault="00B01991" w:rsidP="00B01991">
            <w:pPr>
              <w:spacing w:after="0"/>
              <w:rPr>
                <w:b/>
                <w:bCs/>
                <w:color w:val="1F1F1F"/>
                <w:szCs w:val="18"/>
                <w:lang w:val="ru-RU"/>
              </w:rPr>
            </w:pPr>
            <w:r w:rsidRPr="00E8496C">
              <w:rPr>
                <w:b/>
                <w:bCs/>
                <w:szCs w:val="18"/>
                <w:lang w:val="ru-RU"/>
              </w:rPr>
              <w:t>18:00</w:t>
            </w:r>
            <w:r w:rsidRPr="00E8496C">
              <w:rPr>
                <w:b/>
                <w:bCs/>
                <w:color w:val="1F1F1F"/>
                <w:szCs w:val="18"/>
                <w:lang w:val="ru-RU"/>
              </w:rPr>
              <w:t>–19.30</w:t>
            </w:r>
          </w:p>
          <w:p w14:paraId="38533FBC" w14:textId="77777777" w:rsidR="00B01991" w:rsidRDefault="00B01991" w:rsidP="00B01991">
            <w:pPr>
              <w:spacing w:after="0"/>
              <w:rPr>
                <w:szCs w:val="18"/>
                <w:lang w:val="ru-RU"/>
              </w:rPr>
            </w:pPr>
            <w:r>
              <w:rPr>
                <w:szCs w:val="18"/>
                <w:lang w:val="ru-RU"/>
              </w:rPr>
              <w:t>Курс руског језика</w:t>
            </w:r>
          </w:p>
          <w:p w14:paraId="7848B9D1" w14:textId="6CC0DDF8" w:rsidR="00B01991" w:rsidRPr="00B01991" w:rsidRDefault="00B01991" w:rsidP="00B01991">
            <w:pPr>
              <w:pStyle w:val="NormalWeb"/>
              <w:spacing w:before="0" w:beforeAutospacing="0" w:after="0" w:afterAutospacing="0"/>
              <w:rPr>
                <w:rFonts w:ascii="Aptos" w:hAnsi="Aptos"/>
                <w:sz w:val="18"/>
                <w:szCs w:val="18"/>
                <w:lang w:val="ru-RU"/>
              </w:rPr>
            </w:pPr>
            <w:r w:rsidRPr="00B01991">
              <w:rPr>
                <w:rFonts w:ascii="Aptos" w:hAnsi="Aptos"/>
                <w:sz w:val="18"/>
                <w:szCs w:val="18"/>
                <w:lang w:val="ru-RU"/>
              </w:rPr>
              <w:t>Антонина Алексахина</w:t>
            </w:r>
            <w:r w:rsidRPr="00B01991">
              <w:rPr>
                <w:rFonts w:ascii="Aptos" w:hAnsi="Aptos"/>
                <w:sz w:val="18"/>
                <w:szCs w:val="18"/>
                <w:lang w:val="ru-RU"/>
              </w:rPr>
              <w:br/>
            </w:r>
          </w:p>
          <w:p w14:paraId="65A68532" w14:textId="77777777" w:rsidR="004711D4" w:rsidRPr="00E8496C" w:rsidRDefault="00000000">
            <w:pPr>
              <w:spacing w:after="0"/>
              <w:rPr>
                <w:lang w:val="ru-RU"/>
              </w:rPr>
            </w:pPr>
            <w:r w:rsidRPr="00E8496C">
              <w:rPr>
                <w:szCs w:val="18"/>
                <w:lang w:val="ru-RU"/>
              </w:rPr>
              <w:br/>
            </w:r>
            <w:r w:rsidRPr="00E8496C">
              <w:rPr>
                <w:lang w:val="ru-RU"/>
              </w:rPr>
              <w:br/>
            </w:r>
            <w:r w:rsidRPr="00E8496C">
              <w:rPr>
                <w:lang w:val="ru-RU"/>
              </w:rPr>
              <w:br/>
            </w:r>
            <w:r w:rsidRPr="00E8496C">
              <w:rPr>
                <w:lang w:val="ru-RU"/>
              </w:rPr>
              <w:br/>
            </w:r>
          </w:p>
        </w:tc>
      </w:tr>
    </w:tbl>
    <w:p w14:paraId="72986FB6" w14:textId="77777777" w:rsidR="004711D4" w:rsidRPr="003E130F" w:rsidRDefault="00000000">
      <w:pPr>
        <w:rPr>
          <w:lang w:val="ru-RU"/>
        </w:rPr>
      </w:pPr>
      <w:r w:rsidRPr="003E130F">
        <w:rPr>
          <w:lang w:val="ru-RU"/>
        </w:rPr>
        <w:br w:type="page"/>
      </w:r>
    </w:p>
    <w:sectPr w:rsidR="004711D4" w:rsidRPr="003E130F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497809">
    <w:abstractNumId w:val="8"/>
  </w:num>
  <w:num w:numId="2" w16cid:durableId="1058285262">
    <w:abstractNumId w:val="6"/>
  </w:num>
  <w:num w:numId="3" w16cid:durableId="1073888477">
    <w:abstractNumId w:val="5"/>
  </w:num>
  <w:num w:numId="4" w16cid:durableId="139420305">
    <w:abstractNumId w:val="4"/>
  </w:num>
  <w:num w:numId="5" w16cid:durableId="1407653821">
    <w:abstractNumId w:val="7"/>
  </w:num>
  <w:num w:numId="6" w16cid:durableId="1515223487">
    <w:abstractNumId w:val="3"/>
  </w:num>
  <w:num w:numId="7" w16cid:durableId="1376925013">
    <w:abstractNumId w:val="2"/>
  </w:num>
  <w:num w:numId="8" w16cid:durableId="1960645663">
    <w:abstractNumId w:val="1"/>
  </w:num>
  <w:num w:numId="9" w16cid:durableId="185684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130F"/>
    <w:rsid w:val="003E38F5"/>
    <w:rsid w:val="004711D4"/>
    <w:rsid w:val="00722781"/>
    <w:rsid w:val="007A7E5D"/>
    <w:rsid w:val="00866E1C"/>
    <w:rsid w:val="008D7E74"/>
    <w:rsid w:val="00AA1D8D"/>
    <w:rsid w:val="00AA7F7E"/>
    <w:rsid w:val="00B01991"/>
    <w:rsid w:val="00B10BB8"/>
    <w:rsid w:val="00B47730"/>
    <w:rsid w:val="00CB0664"/>
    <w:rsid w:val="00E8496C"/>
    <w:rsid w:val="00EB0B35"/>
    <w:rsid w:val="00FA3A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2B3FB5"/>
  <w14:defaultImageDpi w14:val="300"/>
  <w15:docId w15:val="{ABC5DB51-E527-459C-A3E5-8F5B4416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6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Празан образац распореда часова — Студијски програм романистике</vt:lpstr>
    </vt:vector>
  </TitlesOfParts>
  <Manager/>
  <Company/>
  <LinksUpToDate>false</LinksUpToDate>
  <CharactersWithSpaces>5206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Празан образац распореда часова — Студијски програм романистике</dc:title>
  <dc:subject>I семестар академске 2026/2027. године</dc:subject>
  <dc:creator>python-docx</dc:creator>
  <cp:keywords/>
  <dc:description>generated by python-docx</dc:description>
  <cp:lastModifiedBy>Nebojša Mićić</cp:lastModifiedBy>
  <cp:revision>2</cp:revision>
  <dcterms:created xsi:type="dcterms:W3CDTF">2013-12-23T23:15:00Z</dcterms:created>
  <dcterms:modified xsi:type="dcterms:W3CDTF">2026-10-02T11:45:00Z</dcterms:modified>
  <cp:category/>
</cp:coreProperties>
</file>