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7365d"/>
          <w:sz w:val="34"/>
          <w:szCs w:val="34"/>
          <w:rtl w:val="0"/>
        </w:rPr>
        <w:t xml:space="preserve">СТУДИЈСКИ ПРОГРАМ СИНОЛОГИЈЕ - 1.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color w:val="6b7280"/>
          <w:sz w:val="18"/>
          <w:szCs w:val="18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1"/>
        <w:tblW w:w="14690.0" w:type="dxa"/>
        <w:jc w:val="center"/>
        <w:tblLayout w:type="fixed"/>
        <w:tblLook w:val="0400"/>
      </w:tblPr>
      <w:tblGrid>
        <w:gridCol w:w="2938"/>
        <w:gridCol w:w="2938"/>
        <w:gridCol w:w="2938"/>
        <w:gridCol w:w="2938"/>
        <w:gridCol w:w="2938"/>
        <w:tblGridChange w:id="0">
          <w:tblGrid>
            <w:gridCol w:w="2938"/>
            <w:gridCol w:w="2938"/>
            <w:gridCol w:w="2938"/>
            <w:gridCol w:w="2938"/>
            <w:gridCol w:w="2938"/>
          </w:tblGrid>
        </w:tblGridChange>
      </w:tblGrid>
      <w:tr>
        <w:trPr>
          <w:cantSplit w:val="0"/>
          <w:tblHeader w:val="0"/>
        </w:trPr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8:30–10:00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1 Соња Станковић, ма, уч. 8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1 Соња Станковић, ма, уч. 8</w:t>
            </w:r>
          </w:p>
          <w:p w:rsidR="00000000" w:rsidDel="00000000" w:rsidP="00000000" w:rsidRDefault="00000000" w:rsidRPr="00000000" w14:paraId="0000000A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11:00–12:30</w:t>
            </w:r>
            <w:r w:rsidDel="00000000" w:rsidR="00000000" w:rsidRPr="00000000">
              <w:rPr>
                <w:rtl w:val="0"/>
              </w:rPr>
              <w:br w:type="textWrapping"/>
              <w:t xml:space="preserve">Увод у синологију 1 , доц . д р Љиљана Стевић, уч. 304</w:t>
            </w:r>
          </w:p>
          <w:p w:rsidR="00000000" w:rsidDel="00000000" w:rsidP="00000000" w:rsidRDefault="00000000" w:rsidRPr="00000000" w14:paraId="0000000B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12:30–14:00</w:t>
            </w:r>
            <w:r w:rsidDel="00000000" w:rsidR="00000000" w:rsidRPr="00000000">
              <w:rPr>
                <w:rtl w:val="0"/>
              </w:rPr>
              <w:br w:type="textWrapping"/>
              <w:t xml:space="preserve">Увод у синологију 1 вјежбе , доц . др Љиљана Стевић, уч. 304 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1 уч. 304</w:t>
            </w:r>
          </w:p>
          <w:p w:rsidR="00000000" w:rsidDel="00000000" w:rsidP="00000000" w:rsidRDefault="00000000" w:rsidRPr="00000000" w14:paraId="0000000D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10:45–12:15</w:t>
            </w:r>
            <w:r w:rsidDel="00000000" w:rsidR="00000000" w:rsidRPr="00000000">
              <w:rPr>
                <w:rtl w:val="0"/>
              </w:rPr>
              <w:br w:type="textWrapping"/>
              <w:t xml:space="preserve">Српски језик 1 проф. др Мијана Кубурић Мацура, уч. 8</w:t>
            </w:r>
          </w:p>
          <w:p w:rsidR="00000000" w:rsidDel="00000000" w:rsidP="00000000" w:rsidRDefault="00000000" w:rsidRPr="00000000" w14:paraId="0000000E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15:00–16:30</w:t>
            </w:r>
            <w:r w:rsidDel="00000000" w:rsidR="00000000" w:rsidRPr="00000000">
              <w:rPr>
                <w:rtl w:val="0"/>
              </w:rPr>
              <w:br w:type="textWrapping"/>
              <w:t xml:space="preserve">Енглески језик 1 проф . др Емир Мухић, уч. 8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8:30–10:00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1 уч. 304</w:t>
            </w:r>
          </w:p>
          <w:p w:rsidR="00000000" w:rsidDel="00000000" w:rsidP="00000000" w:rsidRDefault="00000000" w:rsidRPr="00000000" w14:paraId="00000010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18:00–19:30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  <w:t xml:space="preserve">Кинески језик 1, доц.др Ана Јовановић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1 уч. 304</w:t>
            </w:r>
          </w:p>
          <w:p w:rsidR="00000000" w:rsidDel="00000000" w:rsidP="00000000" w:rsidRDefault="00000000" w:rsidRPr="00000000" w14:paraId="00000015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10:30–12:00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Кинески језик 1 , Ања Мудреновић , ма, уч. 8</w:t>
            </w:r>
          </w:p>
          <w:p w:rsidR="00000000" w:rsidDel="00000000" w:rsidP="00000000" w:rsidRDefault="00000000" w:rsidRPr="00000000" w14:paraId="00000016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12:00–13:30</w:t>
            </w:r>
            <w:r w:rsidDel="00000000" w:rsidR="00000000" w:rsidRPr="00000000">
              <w:rPr>
                <w:rtl w:val="0"/>
              </w:rPr>
              <w:br w:type="textWrapping"/>
              <w:t xml:space="preserve">Информационе технологије проф . др Љубиша Прерадовић , Драгана Прерадовић Куловац, ма УРЦ</w:t>
            </w:r>
          </w:p>
        </w:tc>
      </w:tr>
    </w:tbl>
    <w:p w:rsidR="00000000" w:rsidDel="00000000" w:rsidP="00000000" w:rsidRDefault="00000000" w:rsidRPr="00000000" w14:paraId="00000017">
      <w:pPr>
        <w:rPr/>
        <w:sectPr>
          <w:pgSz w:h="12240" w:w="15840" w:orient="landscape"/>
          <w:pgMar w:bottom="576" w:top="576" w:left="576" w:right="576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>
          <w:b w:val="1"/>
          <w:bCs w:val="1"/>
          <w:color w:val="17365d"/>
          <w:sz w:val="34"/>
          <w:szCs w:val="34"/>
          <w:rtl w:val="0"/>
        </w:rPr>
        <w:t xml:space="preserve">СТУДИЈСКИ ПРОГРАМ СИНОЛОГИЈЕ - 2.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 w:rsidDel="00000000" w:rsidR="00000000" w:rsidRPr="00000000">
        <w:rPr>
          <w:color w:val="6b7280"/>
          <w:sz w:val="18"/>
          <w:szCs w:val="18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2"/>
        <w:tblW w:w="14690.0" w:type="dxa"/>
        <w:jc w:val="center"/>
        <w:tblLayout w:type="fixed"/>
        <w:tblLook w:val="0400"/>
      </w:tblPr>
      <w:tblGrid>
        <w:gridCol w:w="2938"/>
        <w:gridCol w:w="2938"/>
        <w:gridCol w:w="2938"/>
        <w:gridCol w:w="2938"/>
        <w:gridCol w:w="2938"/>
        <w:tblGridChange w:id="0">
          <w:tblGrid>
            <w:gridCol w:w="2938"/>
            <w:gridCol w:w="2938"/>
            <w:gridCol w:w="2938"/>
            <w:gridCol w:w="2938"/>
            <w:gridCol w:w="2938"/>
          </w:tblGrid>
        </w:tblGridChange>
      </w:tblGrid>
      <w:tr>
        <w:trPr>
          <w:cantSplit w:val="0"/>
          <w:tblHeader w:val="0"/>
        </w:trPr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8:30–10:00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3 уч. 304</w:t>
              <w:br w:type="textWrapping"/>
              <w:br w:type="textWrapping"/>
            </w: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12:00–13:30</w:t>
            </w:r>
            <w:r w:rsidDel="00000000" w:rsidR="00000000" w:rsidRPr="00000000">
              <w:rPr>
                <w:rtl w:val="0"/>
              </w:rPr>
              <w:br w:type="textWrapping"/>
              <w:t xml:space="preserve">Преглед кинеске историје проф. др Славојка Бештић-Бронза уч. 8</w:t>
            </w:r>
          </w:p>
          <w:p w:rsidR="00000000" w:rsidDel="00000000" w:rsidP="00000000" w:rsidRDefault="00000000" w:rsidRPr="00000000" w14:paraId="00000020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3 уч. 304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3 Соња Станковић, ма, уч. 8</w:t>
            </w:r>
          </w:p>
          <w:p w:rsidR="00000000" w:rsidDel="00000000" w:rsidP="00000000" w:rsidRDefault="00000000" w:rsidRPr="00000000" w14:paraId="00000023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10:45–12:15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Кинеска књижевност 1 , доц. др Љиљана Стевић уч. 304 ФПН</w:t>
            </w:r>
          </w:p>
          <w:p w:rsidR="00000000" w:rsidDel="00000000" w:rsidP="00000000" w:rsidRDefault="00000000" w:rsidRPr="00000000" w14:paraId="00000024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12:15–13:45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Кинеска култура 1, доц. др Љиљана Стевић уч. 304</w:t>
            </w:r>
          </w:p>
          <w:p w:rsidR="00000000" w:rsidDel="00000000" w:rsidP="00000000" w:rsidRDefault="00000000" w:rsidRPr="00000000" w14:paraId="00000025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13:45–15:15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Кинеска култура 1, доц. др Љиљана Стевић уч. 304</w:t>
            </w:r>
          </w:p>
          <w:p w:rsidR="00000000" w:rsidDel="00000000" w:rsidP="00000000" w:rsidRDefault="00000000" w:rsidRPr="00000000" w14:paraId="00000026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16:30–18:00</w:t>
            </w:r>
            <w:r w:rsidDel="00000000" w:rsidR="00000000" w:rsidRPr="00000000">
              <w:rPr>
                <w:rtl w:val="0"/>
              </w:rPr>
              <w:br w:type="textWrapping"/>
              <w:t xml:space="preserve">Енглески језик проф . др Емир Мухић, уч. 8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3 Соња Станковић, ма, уч. 8</w:t>
            </w:r>
          </w:p>
          <w:p w:rsidR="00000000" w:rsidDel="00000000" w:rsidP="00000000" w:rsidRDefault="00000000" w:rsidRPr="00000000" w14:paraId="00000028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19:30–21:00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Кинески језик 3 , доц. др Ана Јовановић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3 Соња Станковић, ма, уч. 8</w:t>
            </w:r>
          </w:p>
          <w:p w:rsidR="00000000" w:rsidDel="00000000" w:rsidP="00000000" w:rsidRDefault="00000000" w:rsidRPr="00000000" w14:paraId="0000002B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12:30–14:00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Кинески језик 3 , Ања Мудреновић , ма, уч. 8</w:t>
            </w:r>
          </w:p>
        </w:tc>
      </w:tr>
    </w:tbl>
    <w:p w:rsidR="00000000" w:rsidDel="00000000" w:rsidP="00000000" w:rsidRDefault="00000000" w:rsidRPr="00000000" w14:paraId="0000002C">
      <w:pPr>
        <w:rPr/>
        <w:sectPr>
          <w:type w:val="nextPage"/>
          <w:pgSz w:h="12240" w:w="15840" w:orient="landscape"/>
          <w:pgMar w:bottom="576" w:top="576" w:left="576" w:right="576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/>
      </w:pPr>
      <w:r w:rsidDel="00000000" w:rsidR="00000000" w:rsidRPr="00000000">
        <w:rPr>
          <w:b w:val="1"/>
          <w:bCs w:val="1"/>
          <w:color w:val="17365d"/>
          <w:sz w:val="34"/>
          <w:szCs w:val="34"/>
          <w:rtl w:val="0"/>
        </w:rPr>
        <w:t xml:space="preserve">СТУДИЈСКИ ПРОГРАМ СИНОЛОГИЈЕ - 3.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lineRule="auto"/>
        <w:rPr/>
      </w:pPr>
      <w:r w:rsidDel="00000000" w:rsidR="00000000" w:rsidRPr="00000000">
        <w:rPr>
          <w:color w:val="6b7280"/>
          <w:sz w:val="18"/>
          <w:szCs w:val="18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3"/>
        <w:tblW w:w="14690.0" w:type="dxa"/>
        <w:jc w:val="center"/>
        <w:tblLayout w:type="fixed"/>
        <w:tblLook w:val="0400"/>
      </w:tblPr>
      <w:tblGrid>
        <w:gridCol w:w="2938"/>
        <w:gridCol w:w="2938"/>
        <w:gridCol w:w="2938"/>
        <w:gridCol w:w="2938"/>
        <w:gridCol w:w="2938"/>
        <w:tblGridChange w:id="0">
          <w:tblGrid>
            <w:gridCol w:w="2938"/>
            <w:gridCol w:w="2938"/>
            <w:gridCol w:w="2938"/>
            <w:gridCol w:w="2938"/>
            <w:gridCol w:w="2938"/>
          </w:tblGrid>
        </w:tblGridChange>
      </w:tblGrid>
      <w:tr>
        <w:trPr>
          <w:cantSplit w:val="0"/>
          <w:tblHeader w:val="0"/>
        </w:trPr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10:15–11:45</w:t>
            </w:r>
            <w:r w:rsidDel="00000000" w:rsidR="00000000" w:rsidRPr="00000000">
              <w:rPr>
                <w:rtl w:val="0"/>
              </w:rPr>
              <w:br w:type="textWrapping"/>
              <w:t xml:space="preserve">Педагогија проф. др Татјана Марић ,уч. 8</w:t>
            </w:r>
          </w:p>
          <w:p w:rsidR="00000000" w:rsidDel="00000000" w:rsidP="00000000" w:rsidRDefault="00000000" w:rsidRPr="00000000" w14:paraId="00000035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12:30–14:00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5, Ања Мудреновић , ма, уч. 304</w:t>
            </w:r>
          </w:p>
          <w:p w:rsidR="00000000" w:rsidDel="00000000" w:rsidP="00000000" w:rsidRDefault="00000000" w:rsidRPr="00000000" w14:paraId="00000036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14:00–15:30</w:t>
            </w:r>
            <w:r w:rsidDel="00000000" w:rsidR="00000000" w:rsidRPr="00000000">
              <w:rPr>
                <w:rtl w:val="0"/>
              </w:rPr>
              <w:br w:type="textWrapping"/>
              <w:t xml:space="preserve">Увод у теорију књижевности, проф. др Сања Мацура, уч. 8</w:t>
            </w:r>
          </w:p>
          <w:p w:rsidR="00000000" w:rsidDel="00000000" w:rsidP="00000000" w:rsidRDefault="00000000" w:rsidRPr="00000000" w14:paraId="00000037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15:45–17:15</w:t>
            </w:r>
            <w:r w:rsidDel="00000000" w:rsidR="00000000" w:rsidRPr="00000000">
              <w:rPr>
                <w:rtl w:val="0"/>
              </w:rPr>
              <w:br w:type="textWrapping"/>
              <w:t xml:space="preserve">Енглески језик 5, Јована Јоргић , уч. 8 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10:30–12:00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Кинеска култура 3</w:t>
            </w:r>
          </w:p>
          <w:p w:rsidR="00000000" w:rsidDel="00000000" w:rsidP="00000000" w:rsidRDefault="00000000" w:rsidRPr="00000000" w14:paraId="00000039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12:00–13:30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Кинеска култура 3 Уч.8 </w:t>
            </w:r>
          </w:p>
          <w:p w:rsidR="00000000" w:rsidDel="00000000" w:rsidP="00000000" w:rsidRDefault="00000000" w:rsidRPr="00000000" w14:paraId="0000003A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  <w:t xml:space="preserve">15.15-16.45</w:t>
              <w:br w:type="textWrapping"/>
              <w:t xml:space="preserve">Савремени кинески језик 5, Гуо Муцен, уч. 8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13:30–15:00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5, Гуо Муцен, уч. 8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10:30–12:00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Кинески језик 5 , Ања Мудреновић , ма, уч. 8</w:t>
            </w:r>
          </w:p>
          <w:p w:rsidR="00000000" w:rsidDel="00000000" w:rsidP="00000000" w:rsidRDefault="00000000" w:rsidRPr="00000000" w14:paraId="0000003D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13:30–15:00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5, Гуо Муцен, уч. 304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14:00–15:30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5, Гуо Муцен, уч. 8</w:t>
            </w:r>
          </w:p>
          <w:p w:rsidR="00000000" w:rsidDel="00000000" w:rsidP="00000000" w:rsidRDefault="00000000" w:rsidRPr="00000000" w14:paraId="0000003F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  <w:t xml:space="preserve">Субота: </w:t>
              <w:br w:type="textWrapping"/>
            </w: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  <w:br w:type="textWrapping"/>
            </w:r>
            <w:r w:rsidDel="00000000" w:rsidR="00000000" w:rsidRPr="00000000">
              <w:rPr>
                <w:rtl w:val="0"/>
              </w:rPr>
              <w:t xml:space="preserve">Кинески језик 5 , доц. др Ана Јовановић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/>
        <w:sectPr>
          <w:type w:val="nextPage"/>
          <w:pgSz w:h="12240" w:w="15840" w:orient="landscape"/>
          <w:pgMar w:bottom="576" w:top="576" w:left="576" w:right="576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/>
      </w:pPr>
      <w:r w:rsidDel="00000000" w:rsidR="00000000" w:rsidRPr="00000000">
        <w:rPr>
          <w:b w:val="1"/>
          <w:bCs w:val="1"/>
          <w:color w:val="17365d"/>
          <w:sz w:val="34"/>
          <w:szCs w:val="34"/>
          <w:rtl w:val="0"/>
        </w:rPr>
        <w:t xml:space="preserve">СТУДИЈСКИ ПРОГРАМ СИНОЛОГИЈЕ - 4.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lineRule="auto"/>
        <w:rPr/>
      </w:pPr>
      <w:r w:rsidDel="00000000" w:rsidR="00000000" w:rsidRPr="00000000">
        <w:rPr>
          <w:color w:val="6b7280"/>
          <w:sz w:val="18"/>
          <w:szCs w:val="18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4"/>
        <w:tblW w:w="14690.0" w:type="dxa"/>
        <w:jc w:val="center"/>
        <w:tblLayout w:type="fixed"/>
        <w:tblLook w:val="0400"/>
      </w:tblPr>
      <w:tblGrid>
        <w:gridCol w:w="2938"/>
        <w:gridCol w:w="2938"/>
        <w:gridCol w:w="2938"/>
        <w:gridCol w:w="2938"/>
        <w:gridCol w:w="2938"/>
        <w:tblGridChange w:id="0">
          <w:tblGrid>
            <w:gridCol w:w="2938"/>
            <w:gridCol w:w="2938"/>
            <w:gridCol w:w="2938"/>
            <w:gridCol w:w="2938"/>
            <w:gridCol w:w="2938"/>
          </w:tblGrid>
        </w:tblGridChange>
      </w:tblGrid>
      <w:tr>
        <w:trPr>
          <w:cantSplit w:val="0"/>
          <w:tblHeader w:val="0"/>
        </w:trPr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10:15–11:45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7 Гуо Муцен, уч. 304 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10:15–12:00</w:t>
            </w:r>
            <w:r w:rsidDel="00000000" w:rsidR="00000000" w:rsidRPr="00000000">
              <w:rPr>
                <w:rtl w:val="0"/>
              </w:rPr>
              <w:br w:type="textWrapping"/>
              <w:t xml:space="preserve">Безбједносни аспекти иницијативе Појас и пут проф. др Предраг Ћеранић, ФБН, уч.126, I спрат</w:t>
            </w:r>
          </w:p>
          <w:p w:rsidR="00000000" w:rsidDel="00000000" w:rsidP="00000000" w:rsidRDefault="00000000" w:rsidRPr="00000000" w14:paraId="0000004C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12:15–13:00</w:t>
            </w:r>
            <w:r w:rsidDel="00000000" w:rsidR="00000000" w:rsidRPr="00000000">
              <w:rPr>
                <w:rtl w:val="0"/>
              </w:rPr>
              <w:br w:type="textWrapping"/>
              <w:t xml:space="preserve">Безбједносни аспекти иницијативе Појас и пут доц. др Милица Сикимић Ћорић, ФБН, уч.126, I спрат </w:t>
            </w:r>
          </w:p>
          <w:p w:rsidR="00000000" w:rsidDel="00000000" w:rsidP="00000000" w:rsidRDefault="00000000" w:rsidRPr="00000000" w14:paraId="0000004D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13:30–15:00</w:t>
            </w:r>
            <w:r w:rsidDel="00000000" w:rsidR="00000000" w:rsidRPr="00000000">
              <w:rPr>
                <w:rtl w:val="0"/>
              </w:rPr>
              <w:t xml:space="preserve"> Савремени кинески језик 7 , Соња Станковић, ма, уч. 8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12:00–13:30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Савремена политичка економија Кине и међународни економски односи од краја 20. вијека до данас проф. др Драган Глигорић, проф. др Јелена Тривић, Економски факултет, 303-3.спрат </w:t>
            </w:r>
          </w:p>
          <w:p w:rsidR="00000000" w:rsidDel="00000000" w:rsidP="00000000" w:rsidRDefault="00000000" w:rsidRPr="00000000" w14:paraId="0000004F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15:15–16:45</w:t>
            </w:r>
            <w:r w:rsidDel="00000000" w:rsidR="00000000" w:rsidRPr="00000000">
              <w:rPr>
                <w:rtl w:val="0"/>
              </w:rPr>
              <w:t xml:space="preserve"> Савремени кинески језик 7 , Гуо Муцен, уч.3 04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10:00–12:15</w:t>
            </w:r>
            <w:r w:rsidDel="00000000" w:rsidR="00000000" w:rsidRPr="00000000">
              <w:rPr>
                <w:rtl w:val="0"/>
              </w:rPr>
              <w:br w:type="textWrapping"/>
              <w:t xml:space="preserve">Методичка пракса 1 , проф . др Жељка Бабић , 304</w:t>
            </w:r>
          </w:p>
          <w:p w:rsidR="00000000" w:rsidDel="00000000" w:rsidP="00000000" w:rsidRDefault="00000000" w:rsidRPr="00000000" w14:paraId="00000051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12:15–13:45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Кинески језик 7 , Ања Мудреновић , ма, уч. 8</w:t>
            </w:r>
          </w:p>
          <w:p w:rsidR="00000000" w:rsidDel="00000000" w:rsidP="00000000" w:rsidRDefault="00000000" w:rsidRPr="00000000" w14:paraId="00000052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13:45–15:15</w:t>
            </w:r>
            <w:r w:rsidDel="00000000" w:rsidR="00000000" w:rsidRPr="00000000">
              <w:rPr>
                <w:rtl w:val="0"/>
              </w:rPr>
              <w:br w:type="textWrapping"/>
              <w:t xml:space="preserve">Енглески језик 7, Јована Јоргић , уч. 8</w:t>
            </w:r>
          </w:p>
          <w:p w:rsidR="00000000" w:rsidDel="00000000" w:rsidP="00000000" w:rsidRDefault="00000000" w:rsidRPr="00000000" w14:paraId="00000053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15:30–17:00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7 , Гуо Муцен, уч.3 04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12:00–13:30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7 , Гуо Муцен, уч.3 04</w:t>
              <w:br w:type="textWrapping"/>
              <w:br w:type="textWrapping"/>
            </w:r>
          </w:p>
          <w:p w:rsidR="00000000" w:rsidDel="00000000" w:rsidP="00000000" w:rsidRDefault="00000000" w:rsidRPr="00000000" w14:paraId="00000055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  <w:t xml:space="preserve">Субота: </w:t>
              <w:br w:type="textWrapping"/>
            </w: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rtl w:val="0"/>
              </w:rPr>
              <w:t xml:space="preserve">Кинески језик 7 , доц. др Ана Јовановић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/>
        <w:sectPr>
          <w:type w:val="nextPage"/>
          <w:pgSz w:h="12240" w:w="15840" w:orient="landscape"/>
          <w:pgMar w:bottom="576" w:top="576" w:left="576" w:right="576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left"/>
        <w:rPr/>
      </w:pPr>
      <w:r w:rsidDel="00000000" w:rsidR="00000000" w:rsidRPr="00000000">
        <w:rPr>
          <w:b w:val="1"/>
          <w:bCs w:val="1"/>
          <w:color w:val="17365d"/>
          <w:sz w:val="34"/>
          <w:szCs w:val="34"/>
          <w:rtl w:val="0"/>
        </w:rPr>
        <w:t xml:space="preserve">СТУДИЈСКИ ПРОГРАМ СИНОЛОГИЈЕ - УЧИОНИЦА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lineRule="auto"/>
        <w:rPr/>
      </w:pPr>
      <w:r w:rsidDel="00000000" w:rsidR="00000000" w:rsidRPr="00000000">
        <w:rPr>
          <w:color w:val="6b7280"/>
          <w:sz w:val="18"/>
          <w:szCs w:val="18"/>
          <w:rtl w:val="0"/>
        </w:rPr>
        <w:t xml:space="preserve">Зимски семестар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5"/>
        <w:tblW w:w="14690.0" w:type="dxa"/>
        <w:jc w:val="center"/>
        <w:tblLayout w:type="fixed"/>
        <w:tblLook w:val="0400"/>
      </w:tblPr>
      <w:tblGrid>
        <w:gridCol w:w="2938"/>
        <w:gridCol w:w="2938"/>
        <w:gridCol w:w="2938"/>
        <w:gridCol w:w="2938"/>
        <w:gridCol w:w="2938"/>
        <w:tblGridChange w:id="0">
          <w:tblGrid>
            <w:gridCol w:w="2938"/>
            <w:gridCol w:w="2938"/>
            <w:gridCol w:w="2938"/>
            <w:gridCol w:w="2938"/>
            <w:gridCol w:w="2938"/>
          </w:tblGrid>
        </w:tblGridChange>
      </w:tblGrid>
      <w:tr>
        <w:trPr>
          <w:cantSplit w:val="0"/>
          <w:tblHeader w:val="0"/>
        </w:trPr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8:30–10:00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2 Соња Станковић, ма</w:t>
            </w:r>
          </w:p>
          <w:p w:rsidR="00000000" w:rsidDel="00000000" w:rsidP="00000000" w:rsidRDefault="00000000" w:rsidRPr="00000000" w14:paraId="0000005F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10:15–11:45</w:t>
            </w:r>
            <w:r w:rsidDel="00000000" w:rsidR="00000000" w:rsidRPr="00000000">
              <w:rPr>
                <w:rtl w:val="0"/>
              </w:rPr>
              <w:br w:type="textWrapping"/>
              <w:t xml:space="preserve">Педагогија проф. др Татјана Марић </w:t>
            </w:r>
          </w:p>
          <w:p w:rsidR="00000000" w:rsidDel="00000000" w:rsidP="00000000" w:rsidRDefault="00000000" w:rsidRPr="00000000" w14:paraId="00000060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12:00–13:30</w:t>
            </w:r>
            <w:r w:rsidDel="00000000" w:rsidR="00000000" w:rsidRPr="00000000">
              <w:rPr>
                <w:rtl w:val="0"/>
              </w:rPr>
              <w:br w:type="textWrapping"/>
              <w:t xml:space="preserve">Преглед кинеске историје проф. др Славојка Бештић-Бронза </w:t>
            </w:r>
          </w:p>
          <w:p w:rsidR="00000000" w:rsidDel="00000000" w:rsidP="00000000" w:rsidRDefault="00000000" w:rsidRPr="00000000" w14:paraId="00000061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14:00–15:30</w:t>
            </w:r>
            <w:r w:rsidDel="00000000" w:rsidR="00000000" w:rsidRPr="00000000">
              <w:rPr>
                <w:rtl w:val="0"/>
              </w:rPr>
              <w:br w:type="textWrapping"/>
              <w:t xml:space="preserve">Увод у теорију књижевности, проф. др Сања Мацура</w:t>
            </w:r>
          </w:p>
          <w:p w:rsidR="00000000" w:rsidDel="00000000" w:rsidP="00000000" w:rsidRDefault="00000000" w:rsidRPr="00000000" w14:paraId="00000062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15:45–17:15</w:t>
            </w:r>
            <w:r w:rsidDel="00000000" w:rsidR="00000000" w:rsidRPr="00000000">
              <w:rPr>
                <w:rtl w:val="0"/>
              </w:rPr>
              <w:br w:type="textWrapping"/>
              <w:t xml:space="preserve">Енглески језик 5, Јована Јоргић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2 Соња Станковић, ма</w:t>
            </w:r>
          </w:p>
          <w:p w:rsidR="00000000" w:rsidDel="00000000" w:rsidP="00000000" w:rsidRDefault="00000000" w:rsidRPr="00000000" w14:paraId="00000064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10:30–12:00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Кинеска култура 3</w:t>
            </w:r>
          </w:p>
          <w:p w:rsidR="00000000" w:rsidDel="00000000" w:rsidP="00000000" w:rsidRDefault="00000000" w:rsidRPr="00000000" w14:paraId="00000065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12:00–13:30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Кинеска култура 3</w:t>
            </w:r>
          </w:p>
          <w:p w:rsidR="00000000" w:rsidDel="00000000" w:rsidP="00000000" w:rsidRDefault="00000000" w:rsidRPr="00000000" w14:paraId="00000066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13:30–15:00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7 , Соња Станковић, ма</w:t>
            </w:r>
          </w:p>
          <w:p w:rsidR="00000000" w:rsidDel="00000000" w:rsidP="00000000" w:rsidRDefault="00000000" w:rsidRPr="00000000" w14:paraId="00000067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15:15–16:45</w:t>
            </w:r>
            <w:r w:rsidDel="00000000" w:rsidR="00000000" w:rsidRPr="00000000">
              <w:rPr>
                <w:rtl w:val="0"/>
              </w:rPr>
              <w:t xml:space="preserve"> Савремени кинески језик 5, Гуо Муцен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3 Соња Станковић, ма</w:t>
            </w:r>
          </w:p>
          <w:p w:rsidR="00000000" w:rsidDel="00000000" w:rsidP="00000000" w:rsidRDefault="00000000" w:rsidRPr="00000000" w14:paraId="00000069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10:45–12:15</w:t>
            </w:r>
            <w:r w:rsidDel="00000000" w:rsidR="00000000" w:rsidRPr="00000000">
              <w:rPr>
                <w:rtl w:val="0"/>
              </w:rPr>
              <w:br w:type="textWrapping"/>
              <w:t xml:space="preserve">Српски језик 1 проф. др Мијана Кубурић Мацура</w:t>
            </w:r>
          </w:p>
          <w:p w:rsidR="00000000" w:rsidDel="00000000" w:rsidP="00000000" w:rsidRDefault="00000000" w:rsidRPr="00000000" w14:paraId="0000006A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13:30–15:00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5, Гуо Муцен</w:t>
            </w:r>
          </w:p>
          <w:p w:rsidR="00000000" w:rsidDel="00000000" w:rsidP="00000000" w:rsidRDefault="00000000" w:rsidRPr="00000000" w14:paraId="0000006B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15:00–16:30</w:t>
            </w:r>
            <w:r w:rsidDel="00000000" w:rsidR="00000000" w:rsidRPr="00000000">
              <w:rPr>
                <w:rtl w:val="0"/>
              </w:rPr>
              <w:br w:type="textWrapping"/>
              <w:t xml:space="preserve">Енглески језик 1 проф . др Емир Мухић</w:t>
            </w:r>
          </w:p>
          <w:p w:rsidR="00000000" w:rsidDel="00000000" w:rsidP="00000000" w:rsidRDefault="00000000" w:rsidRPr="00000000" w14:paraId="0000006C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16:30–18:00</w:t>
            </w:r>
            <w:r w:rsidDel="00000000" w:rsidR="00000000" w:rsidRPr="00000000">
              <w:rPr>
                <w:rtl w:val="0"/>
              </w:rPr>
              <w:br w:type="textWrapping"/>
              <w:t xml:space="preserve">Енглески језик проф . др Емир Мухић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3 Соња Станковић, ма</w:t>
            </w:r>
          </w:p>
          <w:p w:rsidR="00000000" w:rsidDel="00000000" w:rsidP="00000000" w:rsidRDefault="00000000" w:rsidRPr="00000000" w14:paraId="0000006E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10:30–12:00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Кинески језик 5 , Ања Мудреновић , ма</w:t>
            </w:r>
          </w:p>
          <w:p w:rsidR="00000000" w:rsidDel="00000000" w:rsidP="00000000" w:rsidRDefault="00000000" w:rsidRPr="00000000" w14:paraId="0000006F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rtl w:val="0"/>
              </w:rPr>
              <w:t xml:space="preserve">Кинески језик 7 , Ања Мудреновић , ма</w:t>
            </w:r>
          </w:p>
          <w:p w:rsidR="00000000" w:rsidDel="00000000" w:rsidP="00000000" w:rsidRDefault="00000000" w:rsidRPr="00000000" w14:paraId="00000070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13:45–15:15</w:t>
            </w:r>
            <w:r w:rsidDel="00000000" w:rsidR="00000000" w:rsidRPr="00000000">
              <w:rPr>
                <w:rtl w:val="0"/>
              </w:rPr>
              <w:br w:type="textWrapping"/>
              <w:t xml:space="preserve">Енглески језик 7, Јована Јоргић </w:t>
            </w:r>
          </w:p>
        </w:tc>
        <w:tc>
          <w:tcPr>
            <w:shd w:fill="f5f8fb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9:00–10:30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3 Соња Станковић, ма</w:t>
            </w:r>
          </w:p>
          <w:p w:rsidR="00000000" w:rsidDel="00000000" w:rsidP="00000000" w:rsidRDefault="00000000" w:rsidRPr="00000000" w14:paraId="00000072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10:30–12:00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Кинески језик 1 , Ања Мудреновић , ма</w:t>
            </w:r>
          </w:p>
          <w:p w:rsidR="00000000" w:rsidDel="00000000" w:rsidP="00000000" w:rsidRDefault="00000000" w:rsidRPr="00000000" w14:paraId="00000073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12:30–14:00</w:t>
            </w:r>
            <w:r w:rsidDel="00000000" w:rsidR="00000000" w:rsidRPr="00000000">
              <w:rPr>
                <w:rtl w:val="0"/>
              </w:rPr>
              <w:br w:type="textWrapping"/>
              <w:t xml:space="preserve">Кинески језик 3 , Ања Мудреновић , ма</w:t>
            </w:r>
          </w:p>
          <w:p w:rsidR="00000000" w:rsidDel="00000000" w:rsidP="00000000" w:rsidRDefault="00000000" w:rsidRPr="00000000" w14:paraId="00000074">
            <w:pPr>
              <w:spacing w:after="10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rtl w:val="0"/>
              </w:rPr>
              <w:t xml:space="preserve">14:00–15:30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кинески језик 5, Гуо Муцен</w:t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576" w:top="576" w:left="576" w:right="576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v+vyawc1XERTzH/W2why1VnuhA==">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